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22E2" w14:textId="77777777" w:rsidR="006B3EF0" w:rsidRPr="003C4EE4" w:rsidRDefault="00000000">
      <w:pPr>
        <w:jc w:val="center"/>
        <w:rPr>
          <w:lang w:val="pt-BR"/>
        </w:rPr>
      </w:pPr>
      <w:r w:rsidRPr="003C4EE4">
        <w:rPr>
          <w:b/>
          <w:sz w:val="28"/>
          <w:lang w:val="pt-BR"/>
        </w:rPr>
        <w:t>CADASTRO CULTURAL — FORMULÁRIO EDITÁVEL</w:t>
      </w:r>
    </w:p>
    <w:p w14:paraId="23682786" w14:textId="77777777" w:rsidR="006B3EF0" w:rsidRPr="003C4EE4" w:rsidRDefault="00000000">
      <w:pPr>
        <w:jc w:val="center"/>
        <w:rPr>
          <w:lang w:val="pt-BR"/>
        </w:rPr>
      </w:pPr>
      <w:r w:rsidRPr="003C4EE4">
        <w:rPr>
          <w:lang w:val="pt-BR"/>
        </w:rPr>
        <w:t>ALTERNATIVA DE PREENCHIMENTO EM WORD | TACURU/MS — PNAB CICLO 2</w:t>
      </w:r>
    </w:p>
    <w:p w14:paraId="6DC0F70D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Orientações de preenchimento</w:t>
      </w:r>
    </w:p>
    <w:p w14:paraId="1ED2907B" w14:textId="77777777" w:rsidR="006B3EF0" w:rsidRPr="003C4EE4" w:rsidRDefault="00000000" w:rsidP="003C4EE4">
      <w:pPr>
        <w:spacing w:after="120"/>
        <w:jc w:val="both"/>
        <w:rPr>
          <w:lang w:val="pt-BR"/>
        </w:rPr>
      </w:pPr>
      <w:r w:rsidRPr="003C4EE4">
        <w:rPr>
          <w:lang w:val="pt-BR"/>
        </w:rPr>
        <w:t>Preencha o arquivo no Word ou editor compatível, marcando X na opção escolhida e digitando nos espaços de resposta. Salve o arquivo com seu nome.</w:t>
      </w:r>
    </w:p>
    <w:p w14:paraId="0EFD81BF" w14:textId="77777777" w:rsidR="006B3EF0" w:rsidRPr="003C4EE4" w:rsidRDefault="00000000" w:rsidP="003C4EE4">
      <w:pPr>
        <w:spacing w:after="120"/>
        <w:jc w:val="both"/>
        <w:rPr>
          <w:lang w:val="pt-BR"/>
        </w:rPr>
      </w:pPr>
      <w:r w:rsidRPr="003C4EE4">
        <w:rPr>
          <w:lang w:val="pt-BR"/>
        </w:rPr>
        <w:t>Este documento reproduz as perguntas identificadas no formulário digital do Cadastro Cultural. Não cria uma conta no portal e não gera número de cadastro ou comprovante eletrônico.</w:t>
      </w:r>
    </w:p>
    <w:p w14:paraId="2E6745AB" w14:textId="44AFE5C3" w:rsidR="006B3EF0" w:rsidRPr="003C4EE4" w:rsidRDefault="003C4EE4" w:rsidP="003C4EE4">
      <w:pPr>
        <w:spacing w:after="120"/>
        <w:jc w:val="both"/>
        <w:rPr>
          <w:lang w:val="pt-BR"/>
        </w:rPr>
      </w:pPr>
      <w:r>
        <w:rPr>
          <w:lang w:val="pt-BR"/>
        </w:rPr>
        <w:t>O formulário preenchido deverá ser colocado no envelope lacrado junto com os demais documentos da etapa de inscrição para protocolo presencial conforme as orientações do Edital 001/2026</w:t>
      </w:r>
      <w:r w:rsidRPr="003C4EE4">
        <w:rPr>
          <w:lang w:val="pt-BR"/>
        </w:rPr>
        <w:t>.</w:t>
      </w:r>
    </w:p>
    <w:p w14:paraId="4AE87D53" w14:textId="6DF8B09F" w:rsidR="006B3EF0" w:rsidRPr="003C4EE4" w:rsidRDefault="00000000" w:rsidP="003C4EE4">
      <w:pPr>
        <w:spacing w:after="120"/>
        <w:jc w:val="both"/>
        <w:rPr>
          <w:lang w:val="pt-BR"/>
        </w:rPr>
      </w:pPr>
      <w:r w:rsidRPr="003C4EE4">
        <w:rPr>
          <w:lang w:val="pt-BR"/>
        </w:rPr>
        <w:t xml:space="preserve">Limites observados na implementação do formulário digital: campos curtos até 350 caracteres; campos de resposta longa até 4.000 caracteres. Respostas de seleção: assinale uma alternativa; seleção múltipla: marque todas as aplicáveis. Essas quantidades são limites técnicos </w:t>
      </w:r>
      <w:r w:rsidR="003C4EE4">
        <w:rPr>
          <w:lang w:val="pt-BR"/>
        </w:rPr>
        <w:t>fornecidos no cadastro digital</w:t>
      </w:r>
      <w:r w:rsidRPr="003C4EE4">
        <w:rPr>
          <w:lang w:val="pt-BR"/>
        </w:rPr>
        <w:t>, não exigências do edital.</w:t>
      </w:r>
    </w:p>
    <w:p w14:paraId="541CA893" w14:textId="77777777" w:rsidR="006B3EF0" w:rsidRPr="003C4EE4" w:rsidRDefault="00000000" w:rsidP="003C4EE4">
      <w:pPr>
        <w:spacing w:after="120"/>
        <w:jc w:val="both"/>
        <w:rPr>
          <w:lang w:val="pt-BR"/>
        </w:rPr>
      </w:pPr>
      <w:r w:rsidRPr="003C4EE4">
        <w:rPr>
          <w:lang w:val="pt-BR"/>
        </w:rPr>
        <w:t>Não divulgue este formulário preenchido em grupos ou redes sociais: ele pode conter CPF, renda e outras informações pessoais, inclusive sensíveis.</w:t>
      </w:r>
    </w:p>
    <w:p w14:paraId="6A7BFDEB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1. Identificação</w:t>
      </w:r>
    </w:p>
    <w:p w14:paraId="31C91D81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1. Nome completo</w:t>
      </w:r>
    </w:p>
    <w:p w14:paraId="0B7D9E61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6D31B1C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267DDE29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2. Nome artístico (se houver)</w:t>
      </w:r>
    </w:p>
    <w:p w14:paraId="45C08DA8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070739C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3B414A29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3. CPF</w:t>
      </w:r>
    </w:p>
    <w:p w14:paraId="52C6D4D2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30DF5288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026E07D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4. Data de nascimento</w:t>
      </w:r>
    </w:p>
    <w:p w14:paraId="5230AF08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30B7A88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 (DD/MM/AAAA): ___________________________________________________</w:t>
      </w:r>
    </w:p>
    <w:p w14:paraId="10C89BE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5. E-mail</w:t>
      </w:r>
    </w:p>
    <w:p w14:paraId="7B12DA57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1D4F367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02EA2F0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6. Telefone (com WhatsApp)</w:t>
      </w:r>
    </w:p>
    <w:p w14:paraId="6D1BF729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350 caracteres.</w:t>
      </w:r>
    </w:p>
    <w:p w14:paraId="64E5E03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61D8C77F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2. Endereço</w:t>
      </w:r>
    </w:p>
    <w:p w14:paraId="546A4195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7. Endereço completo</w:t>
      </w:r>
    </w:p>
    <w:p w14:paraId="0B62C0EE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4.000 caracteres.</w:t>
      </w:r>
    </w:p>
    <w:p w14:paraId="66902F18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446B943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6E22F74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lastRenderedPageBreak/>
        <w:t>____________________________________________________________________________</w:t>
      </w:r>
    </w:p>
    <w:p w14:paraId="4E750FB8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8. Zona de residência</w:t>
      </w:r>
    </w:p>
    <w:p w14:paraId="7BE8F735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3360A5A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Zona urbana    ☐ Zona rural    ☐ Comunidade indígena</w:t>
      </w:r>
    </w:p>
    <w:p w14:paraId="1DBF41F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Comunidade quilombola    ☐ Outro</w:t>
      </w:r>
    </w:p>
    <w:p w14:paraId="4D51B1B0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3. Perfil social e identidade</w:t>
      </w:r>
    </w:p>
    <w:p w14:paraId="521A7F6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9. Identidade de gênero</w:t>
      </w:r>
    </w:p>
    <w:p w14:paraId="5D979EA3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1CADC0D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Mulher cis    ☐ Homem cis    ☐ Mulher trans</w:t>
      </w:r>
    </w:p>
    <w:p w14:paraId="50CBA19D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Homem trans    ☐ Travesti    ☐ Não-binário</w:t>
      </w:r>
    </w:p>
    <w:p w14:paraId="2F03F601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Outro    ☐ Prefiro não informar</w:t>
      </w:r>
    </w:p>
    <w:p w14:paraId="46014267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10. Raça/Cor/Etnia</w:t>
      </w:r>
    </w:p>
    <w:p w14:paraId="395D528B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4C34724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Branca    ☐ Preta    ☐ Parda</w:t>
      </w:r>
    </w:p>
    <w:p w14:paraId="1310776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Indígena    ☐ Amarela    ☐ Prefiro não informar</w:t>
      </w:r>
    </w:p>
    <w:p w14:paraId="79C10540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11. Você é pessoa com deficiência?</w:t>
      </w:r>
    </w:p>
    <w:p w14:paraId="7CF364DA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2071021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Não    ☐ Sim, física    ☐ Sim, auditiva</w:t>
      </w:r>
    </w:p>
    <w:p w14:paraId="2A6A392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Sim, visual    ☐ Sim, intelectual    ☐ Sim, múltipla</w:t>
      </w:r>
    </w:p>
    <w:p w14:paraId="481F25E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Outro    ☐ Prefiro não informar</w:t>
      </w:r>
    </w:p>
    <w:p w14:paraId="6DFD99C8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12. Pertence a povos ou comunidades tradicionais?</w:t>
      </w:r>
    </w:p>
    <w:p w14:paraId="35017475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13DD8E7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Não    ☐ Indígena    ☐ Quilombola</w:t>
      </w:r>
    </w:p>
    <w:p w14:paraId="35AE21AD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Povos de terreiro    ☐ Ribeirinhos    ☐ Outro</w:t>
      </w:r>
    </w:p>
    <w:p w14:paraId="744EAC28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Prefiro não informar</w:t>
      </w:r>
    </w:p>
    <w:p w14:paraId="092F7139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4. Perfil socioeconômico</w:t>
      </w:r>
    </w:p>
    <w:p w14:paraId="7C174064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13. Grau de escolaridade</w:t>
      </w:r>
    </w:p>
    <w:p w14:paraId="230E2E5F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7215B7AB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Sem escolaridade    ☐ Ensino fundamental    ☐ Ensino médio</w:t>
      </w:r>
    </w:p>
    <w:p w14:paraId="46340E1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Ensino técnico    ☐ Ensino superior    ☐ Pós-graduação</w:t>
      </w:r>
    </w:p>
    <w:p w14:paraId="560C47DD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14. Quantas pessoas moram com você?</w:t>
      </w:r>
    </w:p>
    <w:p w14:paraId="302DD123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68BCFC1C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Moro sozinho(</w:t>
      </w:r>
      <w:proofErr w:type="gramStart"/>
      <w:r w:rsidRPr="003C4EE4">
        <w:rPr>
          <w:lang w:val="pt-BR"/>
        </w:rPr>
        <w:t xml:space="preserve">a)   </w:t>
      </w:r>
      <w:proofErr w:type="gramEnd"/>
      <w:r w:rsidRPr="003C4EE4">
        <w:rPr>
          <w:lang w:val="pt-BR"/>
        </w:rPr>
        <w:t xml:space="preserve"> ☐ 1 a 3 pessoas    ☐ 4 a 7 pessoas</w:t>
      </w:r>
    </w:p>
    <w:p w14:paraId="3520BA8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8 a 10 pessoas    ☐ Mais de 10</w:t>
      </w:r>
    </w:p>
    <w:p w14:paraId="43A1A124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15. Situação da moradia</w:t>
      </w:r>
    </w:p>
    <w:p w14:paraId="2AAFCDD4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3577F92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Própria    ☐ Alugada    ☐ Cedida</w:t>
      </w:r>
    </w:p>
    <w:p w14:paraId="569D7341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lastRenderedPageBreak/>
        <w:t>16. Renda individual mensal</w:t>
      </w:r>
    </w:p>
    <w:p w14:paraId="715B5FA6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597157B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 xml:space="preserve">☐ Nenhuma renda    ☐ Até 1 </w:t>
      </w:r>
      <w:proofErr w:type="gramStart"/>
      <w:r w:rsidRPr="003C4EE4">
        <w:rPr>
          <w:lang w:val="pt-BR"/>
        </w:rPr>
        <w:t>salário mínimo</w:t>
      </w:r>
      <w:proofErr w:type="gramEnd"/>
      <w:r w:rsidRPr="003C4EE4">
        <w:rPr>
          <w:lang w:val="pt-BR"/>
        </w:rPr>
        <w:t xml:space="preserve">    ☐ 1 a 3 </w:t>
      </w:r>
      <w:proofErr w:type="gramStart"/>
      <w:r w:rsidRPr="003C4EE4">
        <w:rPr>
          <w:lang w:val="pt-BR"/>
        </w:rPr>
        <w:t>salários mínimos</w:t>
      </w:r>
      <w:proofErr w:type="gramEnd"/>
    </w:p>
    <w:p w14:paraId="6C3FF85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 xml:space="preserve">☐ 3 a 6 </w:t>
      </w:r>
      <w:proofErr w:type="gramStart"/>
      <w:r w:rsidRPr="003C4EE4">
        <w:rPr>
          <w:lang w:val="pt-BR"/>
        </w:rPr>
        <w:t>salários mínimos</w:t>
      </w:r>
      <w:proofErr w:type="gramEnd"/>
      <w:r w:rsidRPr="003C4EE4">
        <w:rPr>
          <w:lang w:val="pt-BR"/>
        </w:rPr>
        <w:t xml:space="preserve">    ☐ 6 a 9 </w:t>
      </w:r>
      <w:proofErr w:type="gramStart"/>
      <w:r w:rsidRPr="003C4EE4">
        <w:rPr>
          <w:lang w:val="pt-BR"/>
        </w:rPr>
        <w:t>salários mínimos</w:t>
      </w:r>
      <w:proofErr w:type="gramEnd"/>
      <w:r w:rsidRPr="003C4EE4">
        <w:rPr>
          <w:lang w:val="pt-BR"/>
        </w:rPr>
        <w:t xml:space="preserve">    ☐ Mais de 9 </w:t>
      </w:r>
      <w:proofErr w:type="gramStart"/>
      <w:r w:rsidRPr="003C4EE4">
        <w:rPr>
          <w:lang w:val="pt-BR"/>
        </w:rPr>
        <w:t>salários mínimos</w:t>
      </w:r>
      <w:proofErr w:type="gramEnd"/>
    </w:p>
    <w:p w14:paraId="6D2776D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Prefiro não informar</w:t>
      </w:r>
    </w:p>
    <w:p w14:paraId="1E07613D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17. Renda familiar mensal</w:t>
      </w:r>
    </w:p>
    <w:p w14:paraId="1C2A251F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17DEE67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 xml:space="preserve">☐ Nenhuma renda    ☐ Até 1 </w:t>
      </w:r>
      <w:proofErr w:type="gramStart"/>
      <w:r w:rsidRPr="003C4EE4">
        <w:rPr>
          <w:lang w:val="pt-BR"/>
        </w:rPr>
        <w:t>salário mínimo</w:t>
      </w:r>
      <w:proofErr w:type="gramEnd"/>
      <w:r w:rsidRPr="003C4EE4">
        <w:rPr>
          <w:lang w:val="pt-BR"/>
        </w:rPr>
        <w:t xml:space="preserve">    ☐ 1 a 3 </w:t>
      </w:r>
      <w:proofErr w:type="gramStart"/>
      <w:r w:rsidRPr="003C4EE4">
        <w:rPr>
          <w:lang w:val="pt-BR"/>
        </w:rPr>
        <w:t>salários mínimos</w:t>
      </w:r>
      <w:proofErr w:type="gramEnd"/>
    </w:p>
    <w:p w14:paraId="5D3B17CC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 xml:space="preserve">☐ 3 a 6 </w:t>
      </w:r>
      <w:proofErr w:type="gramStart"/>
      <w:r w:rsidRPr="003C4EE4">
        <w:rPr>
          <w:lang w:val="pt-BR"/>
        </w:rPr>
        <w:t>salários mínimos</w:t>
      </w:r>
      <w:proofErr w:type="gramEnd"/>
      <w:r w:rsidRPr="003C4EE4">
        <w:rPr>
          <w:lang w:val="pt-BR"/>
        </w:rPr>
        <w:t xml:space="preserve">    ☐ 6 a 9 </w:t>
      </w:r>
      <w:proofErr w:type="gramStart"/>
      <w:r w:rsidRPr="003C4EE4">
        <w:rPr>
          <w:lang w:val="pt-BR"/>
        </w:rPr>
        <w:t>salários mínimos</w:t>
      </w:r>
      <w:proofErr w:type="gramEnd"/>
      <w:r w:rsidRPr="003C4EE4">
        <w:rPr>
          <w:lang w:val="pt-BR"/>
        </w:rPr>
        <w:t xml:space="preserve">    ☐ Mais de 9 </w:t>
      </w:r>
      <w:proofErr w:type="gramStart"/>
      <w:r w:rsidRPr="003C4EE4">
        <w:rPr>
          <w:lang w:val="pt-BR"/>
        </w:rPr>
        <w:t>salários mínimos</w:t>
      </w:r>
      <w:proofErr w:type="gramEnd"/>
    </w:p>
    <w:p w14:paraId="3F0CE76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Prefiro não informar</w:t>
      </w:r>
    </w:p>
    <w:p w14:paraId="6D15D1F3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18. Você trabalha atualmente em qual área?</w:t>
      </w:r>
    </w:p>
    <w:p w14:paraId="79244352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7F379E4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Agricultura    ☐ Indústria    ☐ Construção civil</w:t>
      </w:r>
    </w:p>
    <w:p w14:paraId="13C086A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Comércio/serviços    ☐ Serviço público    ☐ Profissional liberal</w:t>
      </w:r>
    </w:p>
    <w:p w14:paraId="5BFB762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Trabalho informal fora de casa    ☐ Trabalho informal em casa    ☐ Trabalho doméstico</w:t>
      </w:r>
    </w:p>
    <w:p w14:paraId="58F1D30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Não trabalho    ☐ Outro</w:t>
      </w:r>
    </w:p>
    <w:p w14:paraId="503960E0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19. Você vive da cultura?</w:t>
      </w:r>
    </w:p>
    <w:p w14:paraId="44464718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572235C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Parcialmente    ☐ Não</w:t>
      </w:r>
    </w:p>
    <w:p w14:paraId="56757612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5. Atuação cultural</w:t>
      </w:r>
    </w:p>
    <w:p w14:paraId="733F7085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20. Há quanto tempo atua na cultura?</w:t>
      </w:r>
    </w:p>
    <w:p w14:paraId="63CC924E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3A159B1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0 a 2 anos    ☐ 2 a 5 anos    ☐ Mais de 5 anos</w:t>
      </w:r>
    </w:p>
    <w:p w14:paraId="69EAC81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21. Há quanto tempo reside em Tacuru/MS?</w:t>
      </w:r>
    </w:p>
    <w:p w14:paraId="6F0C2B25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40E01B2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Menos de 1 ano    ☐ 1 a 3 anos    ☐ 3 a 5 anos</w:t>
      </w:r>
    </w:p>
    <w:p w14:paraId="707DC86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Mais de 5 anos    ☐ Desde o nascimento</w:t>
      </w:r>
    </w:p>
    <w:p w14:paraId="247D3A0F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22. Há quanto tempo exerce atividade cultural em Tacuru/MS?</w:t>
      </w:r>
    </w:p>
    <w:p w14:paraId="73291EFF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0B971CC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Menos de 1 ano    ☐ 1 a 3 anos    ☐ 3 a 5 anos</w:t>
      </w:r>
    </w:p>
    <w:p w14:paraId="3F37560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Mais de 5 anos</w:t>
      </w:r>
    </w:p>
    <w:p w14:paraId="48ED4288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23. Área cultural principal</w:t>
      </w:r>
    </w:p>
    <w:p w14:paraId="511E4761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11A5244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Artesanato    ☐ Música    ☐ Dança</w:t>
      </w:r>
    </w:p>
    <w:p w14:paraId="076CF7E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Teatro    ☐ Audiovisual    ☐ Fotografia</w:t>
      </w:r>
    </w:p>
    <w:p w14:paraId="7A6E4EE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Literatura    ☐ Cultura popular    ☐ Patrimônio cultural</w:t>
      </w:r>
    </w:p>
    <w:p w14:paraId="74D5B76D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Produção cultural    ☐ Técnico cultural    ☐ Estrutura cultural (palco, som, iluminação, entre outros)</w:t>
      </w:r>
    </w:p>
    <w:p w14:paraId="45EAC3C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lastRenderedPageBreak/>
        <w:t>☐ Gastronomia    ☐ Design e moda    ☐ Outro</w:t>
      </w:r>
    </w:p>
    <w:p w14:paraId="5A64F0B9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24. Outras áreas em que atua</w:t>
      </w:r>
    </w:p>
    <w:p w14:paraId="6D73BDB9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todas as opções aplicáveis.</w:t>
      </w:r>
    </w:p>
    <w:p w14:paraId="0C425E38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Artesanato    ☐ Música    ☐ Dança</w:t>
      </w:r>
    </w:p>
    <w:p w14:paraId="69252F2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Teatro    ☐ Audiovisual    ☐ Fotografia</w:t>
      </w:r>
    </w:p>
    <w:p w14:paraId="528E0C4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Literatura    ☐ Cultura popular    ☐ Patrimônio cultural</w:t>
      </w:r>
    </w:p>
    <w:p w14:paraId="2E7B0E3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Produção cultural    ☐ Técnico cultural    ☐ Estrutura cultural (palco, som, iluminação, entre outros)</w:t>
      </w:r>
    </w:p>
    <w:p w14:paraId="41DC18F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Gastronomia    ☐ Design e moda    ☐ Nenhuma</w:t>
      </w:r>
    </w:p>
    <w:p w14:paraId="33B660D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Outro</w:t>
      </w:r>
    </w:p>
    <w:p w14:paraId="76AD2EC1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25. Forma de atuação</w:t>
      </w:r>
    </w:p>
    <w:p w14:paraId="6CE7937A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0B11A8C8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Pessoa física (</w:t>
      </w:r>
      <w:proofErr w:type="gramStart"/>
      <w:r w:rsidRPr="003C4EE4">
        <w:rPr>
          <w:lang w:val="pt-BR"/>
        </w:rPr>
        <w:t xml:space="preserve">CPF)   </w:t>
      </w:r>
      <w:proofErr w:type="gramEnd"/>
      <w:r w:rsidRPr="003C4EE4">
        <w:rPr>
          <w:lang w:val="pt-BR"/>
        </w:rPr>
        <w:t xml:space="preserve"> ☐ Coletivo sem CNPJ    ☐ Associação/empresa com CNPJ</w:t>
      </w:r>
    </w:p>
    <w:p w14:paraId="3F84C511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6. Experiência cultural</w:t>
      </w:r>
    </w:p>
    <w:p w14:paraId="6388F0CB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26. Já participou de projetos culturais?</w:t>
      </w:r>
    </w:p>
    <w:p w14:paraId="178A90DD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39E41E17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</w:t>
      </w:r>
    </w:p>
    <w:p w14:paraId="7F632DD8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27. Já recebeu recursos públicos para cultura?</w:t>
      </w:r>
    </w:p>
    <w:p w14:paraId="1AE2C157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081FE27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</w:t>
      </w:r>
    </w:p>
    <w:p w14:paraId="4A401AD1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28. Possui portfólio ou redes sociais que apresentem seu trabalho artístico/cultural? Se sim, escreva SIM e o link; se não, escreva NÃO.</w:t>
      </w:r>
    </w:p>
    <w:p w14:paraId="18519C1E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4.000 caracteres.</w:t>
      </w:r>
    </w:p>
    <w:p w14:paraId="0DDEFCB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3E92062C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03038BF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3A1D7599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7. Infraestrutura cultural</w:t>
      </w:r>
    </w:p>
    <w:p w14:paraId="17353385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29. Possui espaço cultural?</w:t>
      </w:r>
    </w:p>
    <w:p w14:paraId="6F0643FD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5E6B367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Não    ☐ Sim, próprio    ☐ Sim, alugado</w:t>
      </w:r>
    </w:p>
    <w:p w14:paraId="521599A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Sim, cedido</w:t>
      </w:r>
    </w:p>
    <w:p w14:paraId="21B4390B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30. Seu espaço precisa de</w:t>
      </w:r>
    </w:p>
    <w:p w14:paraId="19FD1644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todas as opções aplicáveis.</w:t>
      </w:r>
    </w:p>
    <w:p w14:paraId="1D4BFC2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Reforma    ☐ Equipamentos    ☐ Manutenção</w:t>
      </w:r>
    </w:p>
    <w:p w14:paraId="0716438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Regularização    ☐ Não se aplica</w:t>
      </w:r>
    </w:p>
    <w:p w14:paraId="7C28A10C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8. Necessidades culturais</w:t>
      </w:r>
    </w:p>
    <w:p w14:paraId="3DB74CDC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31. Principais dificuldades na área cultural</w:t>
      </w:r>
    </w:p>
    <w:p w14:paraId="3C0C655F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todas as opções aplicáveis.</w:t>
      </w:r>
    </w:p>
    <w:p w14:paraId="4299B1F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lastRenderedPageBreak/>
        <w:t>☐ Falta de recursos    ☐ Falta de formação    ☐ Falta de espaço</w:t>
      </w:r>
    </w:p>
    <w:p w14:paraId="1D4E5E3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Falta de equipamentos    ☐ Falta de divulgação    ☐ Burocracia</w:t>
      </w:r>
    </w:p>
    <w:p w14:paraId="6281A1B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Outro</w:t>
      </w:r>
    </w:p>
    <w:p w14:paraId="22252692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32. O que mais falta na cultura em Tacuru?</w:t>
      </w:r>
    </w:p>
    <w:p w14:paraId="06458104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4.000 caracteres.</w:t>
      </w:r>
    </w:p>
    <w:p w14:paraId="33731EF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6278B40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4B9ECAB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25D33FA6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9. Interesse nos editais PNAB</w:t>
      </w:r>
    </w:p>
    <w:p w14:paraId="343D7821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33. Pretende participar dos editais da PNAB do município de Tacuru?</w:t>
      </w:r>
    </w:p>
    <w:p w14:paraId="35366600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02F3E9F1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    ☐ Talvez</w:t>
      </w:r>
    </w:p>
    <w:p w14:paraId="62627128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34. Em qual área gostaria de receber apoio?</w:t>
      </w:r>
    </w:p>
    <w:p w14:paraId="759BE49F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789E977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Artesanato    ☐ Música    ☐ Dança</w:t>
      </w:r>
    </w:p>
    <w:p w14:paraId="77261CED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Teatro    ☐ Audiovisual    ☐ Fotografia</w:t>
      </w:r>
    </w:p>
    <w:p w14:paraId="0C30A8D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Literatura    ☐ Cultura popular    ☐ Patrimônio cultural</w:t>
      </w:r>
    </w:p>
    <w:p w14:paraId="41C8D8A7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Produção cultural    ☐ Técnico cultural    ☐ Estrutura cultural (palco, som, iluminação, entre outros)</w:t>
      </w:r>
    </w:p>
    <w:p w14:paraId="512C5522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Gastronomia    ☐ Design e moda    ☐ Outro</w:t>
      </w:r>
    </w:p>
    <w:p w14:paraId="2CCAEAB8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10. Conhecimento sobre documentos de inscrição</w:t>
      </w:r>
    </w:p>
    <w:p w14:paraId="7F9B67DC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35. Quais documentos você conhece ou já preencheu?</w:t>
      </w:r>
    </w:p>
    <w:p w14:paraId="07EC6D05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todas as opções aplicáveis.</w:t>
      </w:r>
    </w:p>
    <w:p w14:paraId="141F034E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Formulário de inscrição    ☐ Plano de trabalho do projeto    ☐ Orçamento do projeto</w:t>
      </w:r>
    </w:p>
    <w:p w14:paraId="04CE7A71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Cronograma de execução    ☐ Portfólio ou currículo cultural    ☐ Declaração de coletivo</w:t>
      </w:r>
    </w:p>
    <w:p w14:paraId="003BEFE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Declaração de cotas    ☐ Relatório de execução    ☐ Nunca tive contato com esses documentos</w:t>
      </w:r>
    </w:p>
    <w:p w14:paraId="166E78BC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11. Inscrição na PNAB Ciclo 2</w:t>
      </w:r>
    </w:p>
    <w:p w14:paraId="271A90A7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37. Você participou da Escuta Pública da PNAB Ciclo 2 realizada em 21/08/2025?</w:t>
      </w:r>
    </w:p>
    <w:p w14:paraId="412C1C08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543C4841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    ☐ Não fiquei sabendo</w:t>
      </w:r>
    </w:p>
    <w:p w14:paraId="27ACCE4A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12. Acessibilidade</w:t>
      </w:r>
    </w:p>
    <w:p w14:paraId="2B72BD35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40. Você conhece medidas de acessibilidade cultural?</w:t>
      </w:r>
    </w:p>
    <w:p w14:paraId="6BD1694D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5BC1A103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</w:t>
      </w:r>
    </w:p>
    <w:p w14:paraId="2E4ADB9D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41. Quais medidas você pode aplicar em projetos culturais?</w:t>
      </w:r>
    </w:p>
    <w:p w14:paraId="08D7E29E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todas as opções aplicáveis.</w:t>
      </w:r>
    </w:p>
    <w:p w14:paraId="5D1D6CF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Libras    ☐ Audiodescrição    ☐ Legendas</w:t>
      </w:r>
    </w:p>
    <w:p w14:paraId="4CE90D1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lastRenderedPageBreak/>
        <w:t>☐ Acessibilidade física    ☐ Não sei</w:t>
      </w:r>
    </w:p>
    <w:p w14:paraId="23A87716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13. Sugestões</w:t>
      </w:r>
    </w:p>
    <w:p w14:paraId="10ED5C44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42. Sugestões para aplicação dos recursos da PNAB em Tacuru</w:t>
      </w:r>
    </w:p>
    <w:p w14:paraId="7CF944F0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até 4.000 caracteres.</w:t>
      </w:r>
    </w:p>
    <w:p w14:paraId="01D699C9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Resposta: __________________________________________________________________</w:t>
      </w:r>
    </w:p>
    <w:p w14:paraId="20D66B65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5CE2BE16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____________________________________________________________________________</w:t>
      </w:r>
    </w:p>
    <w:p w14:paraId="01A32BE9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14. Declaração</w:t>
      </w:r>
    </w:p>
    <w:p w14:paraId="6BD83BEB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43. Declaro que as informações são verdadeiras</w:t>
      </w:r>
    </w:p>
    <w:p w14:paraId="617FA201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7876DA80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</w:t>
      </w:r>
    </w:p>
    <w:p w14:paraId="02A94E0D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15. Autorização</w:t>
      </w:r>
    </w:p>
    <w:p w14:paraId="3423EB6A" w14:textId="77777777" w:rsidR="006B3EF0" w:rsidRPr="003C4EE4" w:rsidRDefault="00000000">
      <w:pPr>
        <w:keepNext/>
        <w:rPr>
          <w:lang w:val="pt-BR"/>
        </w:rPr>
      </w:pPr>
      <w:r w:rsidRPr="003C4EE4">
        <w:rPr>
          <w:b/>
          <w:lang w:val="pt-BR"/>
        </w:rPr>
        <w:t>44. Autorizo o uso das informações fornecidas para ações de aperfeiçoamento das políticas culturais no município de Tacuru/MS</w:t>
      </w:r>
    </w:p>
    <w:p w14:paraId="610B1F2B" w14:textId="77777777" w:rsidR="006B3EF0" w:rsidRPr="003C4EE4" w:rsidRDefault="00000000">
      <w:pPr>
        <w:rPr>
          <w:lang w:val="pt-BR"/>
        </w:rPr>
      </w:pPr>
      <w:r w:rsidRPr="003C4EE4">
        <w:rPr>
          <w:i/>
          <w:sz w:val="16"/>
          <w:lang w:val="pt-BR"/>
        </w:rPr>
        <w:t>Orientação: marque uma opção.</w:t>
      </w:r>
    </w:p>
    <w:p w14:paraId="02B7A76A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☐ Sim    ☐ Não</w:t>
      </w:r>
    </w:p>
    <w:p w14:paraId="5A9E4B79" w14:textId="77777777" w:rsidR="006B3EF0" w:rsidRPr="003C4EE4" w:rsidRDefault="00000000">
      <w:pPr>
        <w:pStyle w:val="Ttulo2"/>
        <w:rPr>
          <w:color w:val="auto"/>
          <w:lang w:val="pt-BR"/>
        </w:rPr>
      </w:pPr>
      <w:r w:rsidRPr="003C4EE4">
        <w:rPr>
          <w:color w:val="auto"/>
          <w:lang w:val="pt-BR"/>
        </w:rPr>
        <w:t>Declaração final e assinatura</w:t>
      </w:r>
    </w:p>
    <w:p w14:paraId="05C2431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Declaro que as informações prestadas neste documento correspondem às respostas por mim fornecidas para o Cadastro Cultural de Tacuru/MS. Estou ciente de que o formulário em Word não substitui automaticamente o registro eletrônico nem o protocolo formal da inscrição no edital.</w:t>
      </w:r>
    </w:p>
    <w:p w14:paraId="08959E6F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 xml:space="preserve">Tacuru/MS, ______ de ____________________ </w:t>
      </w:r>
      <w:proofErr w:type="spellStart"/>
      <w:r w:rsidRPr="003C4EE4">
        <w:rPr>
          <w:lang w:val="pt-BR"/>
        </w:rPr>
        <w:t>de</w:t>
      </w:r>
      <w:proofErr w:type="spellEnd"/>
      <w:r w:rsidRPr="003C4EE4">
        <w:rPr>
          <w:lang w:val="pt-BR"/>
        </w:rPr>
        <w:t xml:space="preserve"> 2026.</w:t>
      </w:r>
    </w:p>
    <w:p w14:paraId="6EEBB534" w14:textId="77777777" w:rsidR="006B3EF0" w:rsidRPr="003C4EE4" w:rsidRDefault="00000000">
      <w:pPr>
        <w:rPr>
          <w:lang w:val="pt-BR"/>
        </w:rPr>
      </w:pPr>
      <w:r w:rsidRPr="003C4EE4">
        <w:rPr>
          <w:lang w:val="pt-BR"/>
        </w:rPr>
        <w:t>Assinatura do(a) agente cultural / responsável: _____________________________________</w:t>
      </w:r>
    </w:p>
    <w:sectPr w:rsidR="006B3EF0" w:rsidRPr="003C4EE4" w:rsidSect="003C4E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304" w:header="0" w:footer="2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4FB6" w14:textId="77777777" w:rsidR="00427CE8" w:rsidRDefault="00427CE8">
      <w:pPr>
        <w:spacing w:after="0" w:line="240" w:lineRule="auto"/>
      </w:pPr>
      <w:r>
        <w:separator/>
      </w:r>
    </w:p>
  </w:endnote>
  <w:endnote w:type="continuationSeparator" w:id="0">
    <w:p w14:paraId="55D9FD35" w14:textId="77777777" w:rsidR="00427CE8" w:rsidRDefault="00427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CEE9" w14:textId="77777777" w:rsidR="001A7944" w:rsidRDefault="001A794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BCCC" w14:textId="77777777" w:rsidR="006B3EF0" w:rsidRDefault="00000000">
    <w:pPr>
      <w:pStyle w:val="Rodap"/>
      <w:jc w:val="center"/>
    </w:pPr>
    <w:r>
      <w:rPr>
        <w:noProof/>
      </w:rPr>
      <w:drawing>
        <wp:inline distT="0" distB="0" distL="0" distR="0" wp14:anchorId="4E9961D1" wp14:editId="6D4A6B29">
          <wp:extent cx="4140000" cy="384661"/>
          <wp:effectExtent l="0" t="0" r="0" b="0"/>
          <wp:docPr id="1052217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n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40000" cy="384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CDC7" w14:textId="77777777" w:rsidR="001A7944" w:rsidRDefault="001A79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EABD" w14:textId="77777777" w:rsidR="00427CE8" w:rsidRDefault="00427CE8">
      <w:pPr>
        <w:spacing w:after="0" w:line="240" w:lineRule="auto"/>
      </w:pPr>
      <w:r>
        <w:separator/>
      </w:r>
    </w:p>
  </w:footnote>
  <w:footnote w:type="continuationSeparator" w:id="0">
    <w:p w14:paraId="6959C067" w14:textId="77777777" w:rsidR="00427CE8" w:rsidRDefault="00427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99CDC" w14:textId="77777777" w:rsidR="001A7944" w:rsidRDefault="001A794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BAA3" w14:textId="1BCF000C" w:rsidR="003C4EE4" w:rsidRDefault="001A7944">
    <w:pPr>
      <w:pStyle w:val="Cabealho"/>
      <w:jc w:val="center"/>
      <w:rPr>
        <w:b/>
        <w:lang w:val="pt-BR"/>
      </w:rPr>
    </w:pPr>
    <w:r w:rsidRPr="001A7944">
      <w:rPr>
        <w:b/>
        <w:lang w:val="pt-BR"/>
      </w:rPr>
      <w:drawing>
        <wp:inline distT="0" distB="0" distL="0" distR="0" wp14:anchorId="6F419C01" wp14:editId="0D1F5B6D">
          <wp:extent cx="6224270" cy="730885"/>
          <wp:effectExtent l="0" t="0" r="5080" b="0"/>
          <wp:docPr id="5865166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516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4270" cy="730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DB9EC1" w14:textId="77777777" w:rsidR="001A7944" w:rsidRDefault="001A7944">
    <w:pPr>
      <w:pStyle w:val="Cabealho"/>
      <w:jc w:val="center"/>
      <w:rPr>
        <w:b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5E1A" w14:textId="77777777" w:rsidR="001A7944" w:rsidRDefault="001A794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2329363">
    <w:abstractNumId w:val="8"/>
  </w:num>
  <w:num w:numId="2" w16cid:durableId="1812209768">
    <w:abstractNumId w:val="6"/>
  </w:num>
  <w:num w:numId="3" w16cid:durableId="195625002">
    <w:abstractNumId w:val="5"/>
  </w:num>
  <w:num w:numId="4" w16cid:durableId="154876629">
    <w:abstractNumId w:val="4"/>
  </w:num>
  <w:num w:numId="5" w16cid:durableId="49308677">
    <w:abstractNumId w:val="7"/>
  </w:num>
  <w:num w:numId="6" w16cid:durableId="2011566695">
    <w:abstractNumId w:val="3"/>
  </w:num>
  <w:num w:numId="7" w16cid:durableId="1366640296">
    <w:abstractNumId w:val="2"/>
  </w:num>
  <w:num w:numId="8" w16cid:durableId="562910988">
    <w:abstractNumId w:val="1"/>
  </w:num>
  <w:num w:numId="9" w16cid:durableId="130326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592"/>
    <w:rsid w:val="0015074B"/>
    <w:rsid w:val="001A7944"/>
    <w:rsid w:val="0029639D"/>
    <w:rsid w:val="00326F90"/>
    <w:rsid w:val="003C4EE4"/>
    <w:rsid w:val="00427CE8"/>
    <w:rsid w:val="006B3EF0"/>
    <w:rsid w:val="008147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62724D"/>
  <w14:defaultImageDpi w14:val="300"/>
  <w15:docId w15:val="{CFF15C01-5062-4FB9-B8AF-50EE6195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Fabricio Antonio Deffacci</cp:lastModifiedBy>
  <cp:revision>3</cp:revision>
  <dcterms:created xsi:type="dcterms:W3CDTF">2026-10-29T15:09:00Z</dcterms:created>
  <dcterms:modified xsi:type="dcterms:W3CDTF">2026-10-29T15:19:00Z</dcterms:modified>
  <cp:category/>
</cp:coreProperties>
</file>