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E3C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b/>
          <w:sz w:val="22"/>
          <w:lang w:val="pt-BR"/>
        </w:rPr>
        <w:t>ETAPA: Inscrição — vínculo territorial</w:t>
      </w:r>
    </w:p>
    <w:p w14:paraId="3CB05917" w14:textId="77777777" w:rsidR="00CA1C3B" w:rsidRPr="00CA1C3B" w:rsidRDefault="00CA1C3B">
      <w:pPr>
        <w:spacing w:after="60"/>
        <w:rPr>
          <w:sz w:val="22"/>
          <w:lang w:val="pt-BR"/>
        </w:rPr>
      </w:pPr>
    </w:p>
    <w:p w14:paraId="37C2150C" w14:textId="6AC5ADFB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Nome completo: _______________________________________</w:t>
      </w:r>
    </w:p>
    <w:p w14:paraId="2BAE395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CPF: _______________________________________</w:t>
      </w:r>
    </w:p>
    <w:p w14:paraId="55DA7920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Endereço atual, comunidade/aldeia/assentamento e CEP: _______________________________________</w:t>
      </w:r>
    </w:p>
    <w:p w14:paraId="39659525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☐ Declaro residir em Tacuru/MS há pelo menos dois anos, conforme requisito editalício.</w:t>
      </w:r>
    </w:p>
    <w:p w14:paraId="0917821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☐ Declaro atuar culturalmente em Tacuru/MS há pelo menos dois anos.</w:t>
      </w:r>
    </w:p>
    <w:p w14:paraId="65E65111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☐ Comprovante de residência em nome de terceiro / hipótese legal de declaração ou dispensa.</w:t>
      </w:r>
    </w:p>
    <w:p w14:paraId="4FC0F98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 xml:space="preserve">Data aproximada de início da residência: </w:t>
      </w:r>
    </w:p>
    <w:p w14:paraId="39318FA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3D60CAD1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455182E6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 xml:space="preserve">Data aproximada de início da atuação cultural: </w:t>
      </w:r>
    </w:p>
    <w:p w14:paraId="63179CA0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1BE0959F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11D8B308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 xml:space="preserve">Descrição circunstanciada de atividades e espaços culturais: </w:t>
      </w:r>
    </w:p>
    <w:p w14:paraId="4158EB36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0B443E07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540C49FD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 xml:space="preserve">Referências comunitárias, eventos ou outras comprovações possíveis: </w:t>
      </w:r>
    </w:p>
    <w:p w14:paraId="767F58A2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0E782402" w14:textId="77777777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_______________________________________</w:t>
      </w:r>
    </w:p>
    <w:p w14:paraId="320A1C98" w14:textId="77777777" w:rsidR="00A47C3C" w:rsidRPr="00CA1C3B" w:rsidRDefault="00000000" w:rsidP="00CA1C3B">
      <w:pPr>
        <w:spacing w:after="60"/>
        <w:jc w:val="both"/>
        <w:rPr>
          <w:lang w:val="pt-BR"/>
        </w:rPr>
      </w:pPr>
      <w:r w:rsidRPr="00CA1C3B">
        <w:rPr>
          <w:sz w:val="22"/>
          <w:lang w:val="pt-BR"/>
        </w:rPr>
        <w:t>Declaro serem verdadeiras as informações. A Administração poderá realizar diligência fundamentada e deverá observar as hipóteses legais de declaração e dispensa de comprovantes e as particularidades de povos e comunidades tradicionais e de situações de itinerância.</w:t>
      </w:r>
    </w:p>
    <w:p w14:paraId="42608285" w14:textId="77777777" w:rsidR="00CA1C3B" w:rsidRDefault="00CA1C3B">
      <w:pPr>
        <w:spacing w:after="60"/>
        <w:rPr>
          <w:sz w:val="22"/>
          <w:lang w:val="pt-BR"/>
        </w:rPr>
      </w:pPr>
    </w:p>
    <w:p w14:paraId="48F7D214" w14:textId="0389391B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 xml:space="preserve">Tacuru/MS, ____ de _____________________ </w:t>
      </w:r>
      <w:proofErr w:type="spellStart"/>
      <w:r w:rsidRPr="00CA1C3B">
        <w:rPr>
          <w:sz w:val="22"/>
          <w:lang w:val="pt-BR"/>
        </w:rPr>
        <w:t>de</w:t>
      </w:r>
      <w:proofErr w:type="spellEnd"/>
      <w:r w:rsidRPr="00CA1C3B">
        <w:rPr>
          <w:sz w:val="22"/>
          <w:lang w:val="pt-BR"/>
        </w:rPr>
        <w:t xml:space="preserve"> 2026.</w:t>
      </w:r>
    </w:p>
    <w:p w14:paraId="3123566B" w14:textId="77777777" w:rsidR="00CA1C3B" w:rsidRDefault="00CA1C3B">
      <w:pPr>
        <w:spacing w:after="60"/>
        <w:rPr>
          <w:sz w:val="22"/>
          <w:lang w:val="pt-BR"/>
        </w:rPr>
      </w:pPr>
    </w:p>
    <w:p w14:paraId="66432174" w14:textId="0B7C0D9F" w:rsidR="00A47C3C" w:rsidRPr="00CA1C3B" w:rsidRDefault="00000000">
      <w:pPr>
        <w:spacing w:after="60"/>
        <w:rPr>
          <w:lang w:val="pt-BR"/>
        </w:rPr>
      </w:pPr>
      <w:r w:rsidRPr="00CA1C3B">
        <w:rPr>
          <w:sz w:val="22"/>
          <w:lang w:val="pt-BR"/>
        </w:rPr>
        <w:t>Assinatura do(a) proponente / responsável: _______________________________________</w:t>
      </w:r>
    </w:p>
    <w:sectPr w:rsidR="00A47C3C" w:rsidRPr="00CA1C3B" w:rsidSect="00006ABB">
      <w:headerReference w:type="default" r:id="rId8"/>
      <w:footerReference w:type="default" r:id="rId9"/>
      <w:pgSz w:w="12240" w:h="15840"/>
      <w:pgMar w:top="1134" w:right="1276" w:bottom="1134" w:left="1276" w:header="720" w:footer="1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390A" w14:textId="77777777" w:rsidR="00EC4C37" w:rsidRDefault="00EC4C37">
      <w:pPr>
        <w:spacing w:after="0" w:line="240" w:lineRule="auto"/>
      </w:pPr>
      <w:r>
        <w:separator/>
      </w:r>
    </w:p>
  </w:endnote>
  <w:endnote w:type="continuationSeparator" w:id="0">
    <w:p w14:paraId="60802BC5" w14:textId="77777777" w:rsidR="00EC4C37" w:rsidRDefault="00EC4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F7A7" w14:textId="77777777" w:rsidR="00700347" w:rsidRPr="00006ABB" w:rsidRDefault="00006ABB" w:rsidP="00006ABB">
    <w:pPr>
      <w:pStyle w:val="Rodap"/>
      <w:jc w:val="center"/>
    </w:pPr>
    <w:r>
      <w:rPr>
        <w:noProof/>
        <w:lang w:val="pt-BR" w:eastAsia="pt-BR"/>
      </w:rPr>
      <w:drawing>
        <wp:inline distT="0" distB="0" distL="0" distR="0" wp14:anchorId="1D61C0BB" wp14:editId="4A2B84F3">
          <wp:extent cx="3871595" cy="359410"/>
          <wp:effectExtent l="0" t="0" r="0" b="2540"/>
          <wp:docPr id="1062312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159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5EA0" w14:textId="77777777" w:rsidR="00EC4C37" w:rsidRDefault="00EC4C37">
      <w:pPr>
        <w:spacing w:after="0" w:line="240" w:lineRule="auto"/>
      </w:pPr>
      <w:r>
        <w:separator/>
      </w:r>
    </w:p>
  </w:footnote>
  <w:footnote w:type="continuationSeparator" w:id="0">
    <w:p w14:paraId="2CC5DC82" w14:textId="77777777" w:rsidR="00EC4C37" w:rsidRDefault="00EC4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72C16" w14:textId="0B617D9A" w:rsidR="00A70FCB" w:rsidRPr="00006ABB" w:rsidRDefault="00CA1C3B" w:rsidP="00FB6291">
    <w:pPr>
      <w:tabs>
        <w:tab w:val="left" w:pos="1425"/>
        <w:tab w:val="center" w:pos="4844"/>
      </w:tabs>
      <w:jc w:val="right"/>
      <w:rPr>
        <w:rFonts w:cs="Arial"/>
        <w:sz w:val="22"/>
        <w:lang w:val="pt-BR"/>
      </w:rPr>
    </w:pPr>
    <w:r>
      <w:rPr>
        <w:rFonts w:ascii="Bookman Old Style" w:hAnsi="Bookman Old Style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70185827" wp14:editId="6223693D">
          <wp:simplePos x="0" y="0"/>
          <wp:positionH relativeFrom="margin">
            <wp:posOffset>5331460</wp:posOffset>
          </wp:positionH>
          <wp:positionV relativeFrom="margin">
            <wp:posOffset>-1019175</wp:posOffset>
          </wp:positionV>
          <wp:extent cx="1461770" cy="466725"/>
          <wp:effectExtent l="0" t="0" r="5080" b="9525"/>
          <wp:wrapSquare wrapText="bothSides"/>
          <wp:docPr id="6" name="Imagem 6" descr="LOGO TACURU 2025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TACURU 2025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FCB">
      <w:rPr>
        <w:rFonts w:cs="Arial"/>
        <w:noProof/>
        <w:sz w:val="22"/>
        <w:lang w:val="pt-BR" w:eastAsia="pt-BR"/>
      </w:rPr>
      <w:drawing>
        <wp:anchor distT="0" distB="0" distL="114300" distR="114300" simplePos="0" relativeHeight="251660288" behindDoc="0" locked="0" layoutInCell="1" allowOverlap="1" wp14:anchorId="12185E3F" wp14:editId="7C1C9C5D">
          <wp:simplePos x="0" y="0"/>
          <wp:positionH relativeFrom="column">
            <wp:posOffset>-543560</wp:posOffset>
          </wp:positionH>
          <wp:positionV relativeFrom="paragraph">
            <wp:posOffset>-304800</wp:posOffset>
          </wp:positionV>
          <wp:extent cx="676275" cy="664210"/>
          <wp:effectExtent l="0" t="0" r="952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cu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FCB" w:rsidRPr="00006ABB">
      <w:rPr>
        <w:rFonts w:cs="Arial"/>
        <w:sz w:val="22"/>
        <w:lang w:val="pt-BR"/>
      </w:rPr>
      <w:t>ANEXO XI – DECLARAÇÃO DE RESIDÊNCIA E ATUAÇÃO CULTURAL</w:t>
    </w:r>
  </w:p>
  <w:p w14:paraId="5673141E" w14:textId="77777777" w:rsidR="00A70FCB" w:rsidRDefault="00A70FCB" w:rsidP="00A70FCB">
    <w:pPr>
      <w:jc w:val="center"/>
      <w:rPr>
        <w:rFonts w:cs="Arial"/>
        <w:sz w:val="22"/>
        <w:lang w:val="pt-BR"/>
      </w:rPr>
    </w:pPr>
    <w:r w:rsidRPr="00006ABB">
      <w:rPr>
        <w:rFonts w:cs="Arial"/>
        <w:sz w:val="22"/>
        <w:lang w:val="pt-BR"/>
      </w:rPr>
      <w:t>PREFEITURA MUNICIPAL DE TACURU/MS | PNAB CICLO 2 | EDITAL Nº 001/2026</w:t>
    </w:r>
  </w:p>
  <w:p w14:paraId="17D7B1B8" w14:textId="77777777" w:rsidR="00A70FCB" w:rsidRPr="00CA1C3B" w:rsidRDefault="00A70FCB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271091">
    <w:abstractNumId w:val="8"/>
  </w:num>
  <w:num w:numId="2" w16cid:durableId="228812382">
    <w:abstractNumId w:val="6"/>
  </w:num>
  <w:num w:numId="3" w16cid:durableId="1698651991">
    <w:abstractNumId w:val="5"/>
  </w:num>
  <w:num w:numId="4" w16cid:durableId="1480927419">
    <w:abstractNumId w:val="4"/>
  </w:num>
  <w:num w:numId="5" w16cid:durableId="438137322">
    <w:abstractNumId w:val="7"/>
  </w:num>
  <w:num w:numId="6" w16cid:durableId="1138912979">
    <w:abstractNumId w:val="3"/>
  </w:num>
  <w:num w:numId="7" w16cid:durableId="2129201039">
    <w:abstractNumId w:val="2"/>
  </w:num>
  <w:num w:numId="8" w16cid:durableId="951666462">
    <w:abstractNumId w:val="1"/>
  </w:num>
  <w:num w:numId="9" w16cid:durableId="72876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B"/>
    <w:rsid w:val="00034616"/>
    <w:rsid w:val="0006063C"/>
    <w:rsid w:val="0015074B"/>
    <w:rsid w:val="0029639D"/>
    <w:rsid w:val="002D021F"/>
    <w:rsid w:val="00326F90"/>
    <w:rsid w:val="00330749"/>
    <w:rsid w:val="00700347"/>
    <w:rsid w:val="00A1660F"/>
    <w:rsid w:val="00A47C3C"/>
    <w:rsid w:val="00A70FCB"/>
    <w:rsid w:val="00AA1D8D"/>
    <w:rsid w:val="00B47730"/>
    <w:rsid w:val="00CA1C3B"/>
    <w:rsid w:val="00CB0664"/>
    <w:rsid w:val="00EC4C37"/>
    <w:rsid w:val="00FB62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37068C"/>
  <w14:defaultImageDpi w14:val="300"/>
  <w15:docId w15:val="{1C804A92-B071-4AF8-A6A5-3D02A879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7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58F57E-3FB0-4445-8F67-05948FA2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Fabricio Antonio Deffacci</cp:lastModifiedBy>
  <cp:revision>2</cp:revision>
  <dcterms:created xsi:type="dcterms:W3CDTF">2026-10-13T15:26:00Z</dcterms:created>
  <dcterms:modified xsi:type="dcterms:W3CDTF">2026-10-13T15:26:00Z</dcterms:modified>
  <cp:category/>
</cp:coreProperties>
</file>