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25DFB" w14:textId="77777777" w:rsidR="00557B83" w:rsidRPr="00511800" w:rsidRDefault="00000000">
      <w:pPr>
        <w:spacing w:after="60"/>
        <w:rPr>
          <w:lang w:val="pt-BR"/>
        </w:rPr>
      </w:pPr>
      <w:r w:rsidRPr="00511800">
        <w:rPr>
          <w:b/>
          <w:sz w:val="22"/>
          <w:lang w:val="pt-BR"/>
        </w:rPr>
        <w:t>ETAPA: Inscrição</w:t>
      </w:r>
    </w:p>
    <w:p w14:paraId="55394EC5" w14:textId="77777777" w:rsidR="00511800" w:rsidRPr="00511800" w:rsidRDefault="00511800">
      <w:pPr>
        <w:spacing w:after="60"/>
        <w:rPr>
          <w:sz w:val="22"/>
          <w:lang w:val="pt-BR"/>
        </w:rPr>
      </w:pPr>
    </w:p>
    <w:p w14:paraId="3E5C426C" w14:textId="4B213D4B" w:rsidR="00557B83" w:rsidRPr="00511800" w:rsidRDefault="00000000">
      <w:pPr>
        <w:spacing w:after="60"/>
        <w:rPr>
          <w:lang w:val="pt-BR"/>
        </w:rPr>
      </w:pPr>
      <w:r w:rsidRPr="00511800">
        <w:rPr>
          <w:sz w:val="22"/>
          <w:lang w:val="pt-BR"/>
        </w:rPr>
        <w:t>Nome do coletivo: _______________________________________</w:t>
      </w:r>
    </w:p>
    <w:p w14:paraId="746CF3B6" w14:textId="77777777" w:rsidR="00557B83" w:rsidRPr="00511800" w:rsidRDefault="00000000">
      <w:pPr>
        <w:spacing w:after="60"/>
        <w:rPr>
          <w:lang w:val="pt-BR"/>
        </w:rPr>
      </w:pPr>
      <w:r w:rsidRPr="00511800">
        <w:rPr>
          <w:sz w:val="22"/>
          <w:lang w:val="pt-BR"/>
        </w:rPr>
        <w:t>Nome, CPF e contato do representante: _______________________________________</w:t>
      </w:r>
    </w:p>
    <w:p w14:paraId="12CE7C17" w14:textId="77777777" w:rsidR="00557B83" w:rsidRPr="00511800" w:rsidRDefault="00000000">
      <w:pPr>
        <w:spacing w:after="60"/>
        <w:rPr>
          <w:lang w:val="pt-BR"/>
        </w:rPr>
      </w:pPr>
      <w:r w:rsidRPr="00511800">
        <w:rPr>
          <w:sz w:val="22"/>
          <w:lang w:val="pt-BR"/>
        </w:rPr>
        <w:t>Endereço e território de atuação: _______________________________________</w:t>
      </w:r>
    </w:p>
    <w:p w14:paraId="167B3249" w14:textId="77777777" w:rsidR="00557B83" w:rsidRPr="00511800" w:rsidRDefault="00000000" w:rsidP="00511800">
      <w:pPr>
        <w:spacing w:after="60"/>
        <w:jc w:val="both"/>
        <w:rPr>
          <w:lang w:val="pt-BR"/>
        </w:rPr>
      </w:pPr>
      <w:r w:rsidRPr="00511800">
        <w:rPr>
          <w:sz w:val="22"/>
          <w:lang w:val="pt-BR"/>
        </w:rPr>
        <w:t>Os integrantes abaixo identificados designam o representante indicado para inscrever proposta, receber comunicações, firmar instrumento, receber recursos e prestar informações em nome do coletivo, sob as responsabilidades previstas no edital.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229"/>
        <w:gridCol w:w="3229"/>
        <w:gridCol w:w="3229"/>
      </w:tblGrid>
      <w:tr w:rsidR="00557B83" w14:paraId="50D9BCCE" w14:textId="77777777">
        <w:trPr>
          <w:jc w:val="center"/>
        </w:trPr>
        <w:tc>
          <w:tcPr>
            <w:tcW w:w="3229" w:type="dxa"/>
          </w:tcPr>
          <w:p w14:paraId="0F44C947" w14:textId="77777777" w:rsidR="00557B83" w:rsidRDefault="00000000" w:rsidP="00511800">
            <w:pPr>
              <w:spacing w:after="60"/>
              <w:jc w:val="center"/>
            </w:pPr>
            <w:proofErr w:type="spellStart"/>
            <w:r>
              <w:rPr>
                <w:sz w:val="22"/>
              </w:rPr>
              <w:t>Integrante</w:t>
            </w:r>
            <w:proofErr w:type="spellEnd"/>
          </w:p>
        </w:tc>
        <w:tc>
          <w:tcPr>
            <w:tcW w:w="3229" w:type="dxa"/>
          </w:tcPr>
          <w:p w14:paraId="5CEA6974" w14:textId="77777777" w:rsidR="00557B83" w:rsidRDefault="00000000" w:rsidP="00511800">
            <w:pPr>
              <w:spacing w:after="60"/>
              <w:jc w:val="center"/>
            </w:pPr>
            <w:r>
              <w:rPr>
                <w:sz w:val="22"/>
              </w:rPr>
              <w:t>CPF</w:t>
            </w:r>
          </w:p>
        </w:tc>
        <w:tc>
          <w:tcPr>
            <w:tcW w:w="3229" w:type="dxa"/>
          </w:tcPr>
          <w:p w14:paraId="27DC7DFB" w14:textId="77777777" w:rsidR="00557B83" w:rsidRDefault="00000000" w:rsidP="00511800">
            <w:pPr>
              <w:spacing w:after="60"/>
              <w:jc w:val="center"/>
            </w:pPr>
            <w:r>
              <w:rPr>
                <w:sz w:val="22"/>
              </w:rPr>
              <w:t>Assinatura</w:t>
            </w:r>
          </w:p>
        </w:tc>
      </w:tr>
      <w:tr w:rsidR="00557B83" w14:paraId="33CB3652" w14:textId="77777777">
        <w:trPr>
          <w:jc w:val="center"/>
        </w:trPr>
        <w:tc>
          <w:tcPr>
            <w:tcW w:w="3229" w:type="dxa"/>
          </w:tcPr>
          <w:p w14:paraId="4C2D14A2" w14:textId="77777777" w:rsidR="00557B83" w:rsidRDefault="00557B83"/>
        </w:tc>
        <w:tc>
          <w:tcPr>
            <w:tcW w:w="3229" w:type="dxa"/>
          </w:tcPr>
          <w:p w14:paraId="787D76F8" w14:textId="77777777" w:rsidR="00557B83" w:rsidRDefault="00557B83"/>
        </w:tc>
        <w:tc>
          <w:tcPr>
            <w:tcW w:w="3229" w:type="dxa"/>
          </w:tcPr>
          <w:p w14:paraId="004A0C6C" w14:textId="77777777" w:rsidR="00557B83" w:rsidRDefault="00557B83"/>
        </w:tc>
      </w:tr>
      <w:tr w:rsidR="00557B83" w14:paraId="3FAEECF7" w14:textId="77777777">
        <w:trPr>
          <w:jc w:val="center"/>
        </w:trPr>
        <w:tc>
          <w:tcPr>
            <w:tcW w:w="3229" w:type="dxa"/>
          </w:tcPr>
          <w:p w14:paraId="15EFAC47" w14:textId="77777777" w:rsidR="00557B83" w:rsidRDefault="00557B83"/>
        </w:tc>
        <w:tc>
          <w:tcPr>
            <w:tcW w:w="3229" w:type="dxa"/>
          </w:tcPr>
          <w:p w14:paraId="26B0E268" w14:textId="77777777" w:rsidR="00557B83" w:rsidRDefault="00557B83"/>
        </w:tc>
        <w:tc>
          <w:tcPr>
            <w:tcW w:w="3229" w:type="dxa"/>
          </w:tcPr>
          <w:p w14:paraId="6AEA759D" w14:textId="77777777" w:rsidR="00557B83" w:rsidRDefault="00557B83"/>
        </w:tc>
      </w:tr>
      <w:tr w:rsidR="00557B83" w14:paraId="7F44A962" w14:textId="77777777">
        <w:trPr>
          <w:jc w:val="center"/>
        </w:trPr>
        <w:tc>
          <w:tcPr>
            <w:tcW w:w="3229" w:type="dxa"/>
          </w:tcPr>
          <w:p w14:paraId="34C58CFC" w14:textId="77777777" w:rsidR="00557B83" w:rsidRDefault="00557B83"/>
        </w:tc>
        <w:tc>
          <w:tcPr>
            <w:tcW w:w="3229" w:type="dxa"/>
          </w:tcPr>
          <w:p w14:paraId="19BE5D71" w14:textId="77777777" w:rsidR="00557B83" w:rsidRDefault="00557B83"/>
        </w:tc>
        <w:tc>
          <w:tcPr>
            <w:tcW w:w="3229" w:type="dxa"/>
          </w:tcPr>
          <w:p w14:paraId="37136CE0" w14:textId="77777777" w:rsidR="00557B83" w:rsidRDefault="00557B83"/>
        </w:tc>
      </w:tr>
      <w:tr w:rsidR="00557B83" w14:paraId="7F86C330" w14:textId="77777777">
        <w:trPr>
          <w:jc w:val="center"/>
        </w:trPr>
        <w:tc>
          <w:tcPr>
            <w:tcW w:w="3229" w:type="dxa"/>
          </w:tcPr>
          <w:p w14:paraId="082316E8" w14:textId="77777777" w:rsidR="00557B83" w:rsidRDefault="00557B83"/>
        </w:tc>
        <w:tc>
          <w:tcPr>
            <w:tcW w:w="3229" w:type="dxa"/>
          </w:tcPr>
          <w:p w14:paraId="453270F6" w14:textId="77777777" w:rsidR="00557B83" w:rsidRDefault="00557B83"/>
        </w:tc>
        <w:tc>
          <w:tcPr>
            <w:tcW w:w="3229" w:type="dxa"/>
          </w:tcPr>
          <w:p w14:paraId="3B246D6D" w14:textId="77777777" w:rsidR="00557B83" w:rsidRDefault="00557B83"/>
        </w:tc>
      </w:tr>
      <w:tr w:rsidR="00557B83" w14:paraId="6E0AFE2C" w14:textId="77777777">
        <w:trPr>
          <w:jc w:val="center"/>
        </w:trPr>
        <w:tc>
          <w:tcPr>
            <w:tcW w:w="3229" w:type="dxa"/>
          </w:tcPr>
          <w:p w14:paraId="6FFB0B69" w14:textId="77777777" w:rsidR="00557B83" w:rsidRDefault="00557B83"/>
        </w:tc>
        <w:tc>
          <w:tcPr>
            <w:tcW w:w="3229" w:type="dxa"/>
          </w:tcPr>
          <w:p w14:paraId="0CF1A878" w14:textId="77777777" w:rsidR="00557B83" w:rsidRDefault="00557B83"/>
        </w:tc>
        <w:tc>
          <w:tcPr>
            <w:tcW w:w="3229" w:type="dxa"/>
          </w:tcPr>
          <w:p w14:paraId="2DD8B7AC" w14:textId="77777777" w:rsidR="00557B83" w:rsidRDefault="00557B83"/>
        </w:tc>
      </w:tr>
      <w:tr w:rsidR="00557B83" w14:paraId="272329D0" w14:textId="77777777">
        <w:trPr>
          <w:jc w:val="center"/>
        </w:trPr>
        <w:tc>
          <w:tcPr>
            <w:tcW w:w="3229" w:type="dxa"/>
          </w:tcPr>
          <w:p w14:paraId="36C5E322" w14:textId="77777777" w:rsidR="00557B83" w:rsidRDefault="00557B83"/>
        </w:tc>
        <w:tc>
          <w:tcPr>
            <w:tcW w:w="3229" w:type="dxa"/>
          </w:tcPr>
          <w:p w14:paraId="60A760A6" w14:textId="77777777" w:rsidR="00557B83" w:rsidRDefault="00557B83"/>
        </w:tc>
        <w:tc>
          <w:tcPr>
            <w:tcW w:w="3229" w:type="dxa"/>
          </w:tcPr>
          <w:p w14:paraId="10339D38" w14:textId="77777777" w:rsidR="00557B83" w:rsidRDefault="00557B83"/>
        </w:tc>
      </w:tr>
      <w:tr w:rsidR="00557B83" w14:paraId="04DB8C6D" w14:textId="77777777">
        <w:trPr>
          <w:jc w:val="center"/>
        </w:trPr>
        <w:tc>
          <w:tcPr>
            <w:tcW w:w="3229" w:type="dxa"/>
          </w:tcPr>
          <w:p w14:paraId="0B07DA72" w14:textId="77777777" w:rsidR="00557B83" w:rsidRDefault="00557B83"/>
        </w:tc>
        <w:tc>
          <w:tcPr>
            <w:tcW w:w="3229" w:type="dxa"/>
          </w:tcPr>
          <w:p w14:paraId="4753FEA3" w14:textId="77777777" w:rsidR="00557B83" w:rsidRDefault="00557B83"/>
        </w:tc>
        <w:tc>
          <w:tcPr>
            <w:tcW w:w="3229" w:type="dxa"/>
          </w:tcPr>
          <w:p w14:paraId="7C5C8808" w14:textId="77777777" w:rsidR="00557B83" w:rsidRDefault="00557B83"/>
        </w:tc>
      </w:tr>
      <w:tr w:rsidR="00557B83" w14:paraId="74B3602D" w14:textId="77777777">
        <w:trPr>
          <w:jc w:val="center"/>
        </w:trPr>
        <w:tc>
          <w:tcPr>
            <w:tcW w:w="3229" w:type="dxa"/>
          </w:tcPr>
          <w:p w14:paraId="75A6EC43" w14:textId="77777777" w:rsidR="00557B83" w:rsidRDefault="00557B83"/>
        </w:tc>
        <w:tc>
          <w:tcPr>
            <w:tcW w:w="3229" w:type="dxa"/>
          </w:tcPr>
          <w:p w14:paraId="1FC2CF29" w14:textId="77777777" w:rsidR="00557B83" w:rsidRDefault="00557B83"/>
        </w:tc>
        <w:tc>
          <w:tcPr>
            <w:tcW w:w="3229" w:type="dxa"/>
          </w:tcPr>
          <w:p w14:paraId="0F922573" w14:textId="77777777" w:rsidR="00557B83" w:rsidRDefault="00557B83"/>
        </w:tc>
      </w:tr>
      <w:tr w:rsidR="00557B83" w14:paraId="3AC59D49" w14:textId="77777777">
        <w:trPr>
          <w:jc w:val="center"/>
        </w:trPr>
        <w:tc>
          <w:tcPr>
            <w:tcW w:w="3229" w:type="dxa"/>
          </w:tcPr>
          <w:p w14:paraId="207D8F6B" w14:textId="77777777" w:rsidR="00557B83" w:rsidRDefault="00557B83"/>
        </w:tc>
        <w:tc>
          <w:tcPr>
            <w:tcW w:w="3229" w:type="dxa"/>
          </w:tcPr>
          <w:p w14:paraId="0BF3B319" w14:textId="77777777" w:rsidR="00557B83" w:rsidRDefault="00557B83"/>
        </w:tc>
        <w:tc>
          <w:tcPr>
            <w:tcW w:w="3229" w:type="dxa"/>
          </w:tcPr>
          <w:p w14:paraId="1F2A748A" w14:textId="77777777" w:rsidR="00557B83" w:rsidRDefault="00557B83"/>
        </w:tc>
      </w:tr>
    </w:tbl>
    <w:p w14:paraId="306B2EB8" w14:textId="77777777" w:rsidR="00511800" w:rsidRDefault="00511800">
      <w:pPr>
        <w:spacing w:after="60"/>
        <w:rPr>
          <w:sz w:val="22"/>
        </w:rPr>
      </w:pPr>
    </w:p>
    <w:p w14:paraId="4A2FDA7A" w14:textId="128FC452" w:rsidR="00557B83" w:rsidRDefault="00000000">
      <w:pPr>
        <w:spacing w:after="60"/>
      </w:pPr>
      <w:proofErr w:type="spellStart"/>
      <w:r>
        <w:rPr>
          <w:sz w:val="22"/>
        </w:rPr>
        <w:t>Tacuru</w:t>
      </w:r>
      <w:proofErr w:type="spellEnd"/>
      <w:r>
        <w:rPr>
          <w:sz w:val="22"/>
        </w:rPr>
        <w:t>/MS, ____ de _____________________ de 2026.</w:t>
      </w:r>
    </w:p>
    <w:p w14:paraId="6DBF5EFB" w14:textId="77777777" w:rsidR="00511800" w:rsidRDefault="00511800">
      <w:pPr>
        <w:spacing w:after="60"/>
        <w:rPr>
          <w:sz w:val="22"/>
          <w:lang w:val="pt-BR"/>
        </w:rPr>
      </w:pPr>
    </w:p>
    <w:p w14:paraId="28DD55CF" w14:textId="1AEC13C6" w:rsidR="00557B83" w:rsidRPr="00511800" w:rsidRDefault="00000000">
      <w:pPr>
        <w:spacing w:after="60"/>
        <w:rPr>
          <w:lang w:val="pt-BR"/>
        </w:rPr>
      </w:pPr>
      <w:r w:rsidRPr="00511800">
        <w:rPr>
          <w:sz w:val="22"/>
          <w:lang w:val="pt-BR"/>
        </w:rPr>
        <w:t>Assinatura do(a) proponente / responsável: _______________________________________</w:t>
      </w:r>
    </w:p>
    <w:sectPr w:rsidR="00557B83" w:rsidRPr="00511800" w:rsidSect="00006AB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134" w:right="1276" w:bottom="1134" w:left="1276" w:header="720" w:footer="1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D7A5B6" w14:textId="77777777" w:rsidR="00794613" w:rsidRDefault="00794613">
      <w:pPr>
        <w:spacing w:after="0" w:line="240" w:lineRule="auto"/>
      </w:pPr>
      <w:r>
        <w:separator/>
      </w:r>
    </w:p>
  </w:endnote>
  <w:endnote w:type="continuationSeparator" w:id="0">
    <w:p w14:paraId="6F800F4A" w14:textId="77777777" w:rsidR="00794613" w:rsidRDefault="007946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6FB9D" w14:textId="77777777" w:rsidR="00CE605B" w:rsidRDefault="00CE605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61E543" w14:textId="77777777" w:rsidR="00700347" w:rsidRPr="00006ABB" w:rsidRDefault="00006ABB" w:rsidP="00006ABB">
    <w:pPr>
      <w:pStyle w:val="Rodap"/>
      <w:jc w:val="center"/>
    </w:pPr>
    <w:r>
      <w:rPr>
        <w:noProof/>
        <w:lang w:val="pt-BR" w:eastAsia="pt-BR"/>
      </w:rPr>
      <w:drawing>
        <wp:inline distT="0" distB="0" distL="0" distR="0" wp14:anchorId="1D61C0BB" wp14:editId="4A2B84F3">
          <wp:extent cx="3871595" cy="359410"/>
          <wp:effectExtent l="0" t="0" r="0" b="2540"/>
          <wp:docPr id="106231279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71595" cy="359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C6BB7" w14:textId="77777777" w:rsidR="00CE605B" w:rsidRDefault="00CE605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C74A4" w14:textId="77777777" w:rsidR="00794613" w:rsidRDefault="00794613">
      <w:pPr>
        <w:spacing w:after="0" w:line="240" w:lineRule="auto"/>
      </w:pPr>
      <w:r>
        <w:separator/>
      </w:r>
    </w:p>
  </w:footnote>
  <w:footnote w:type="continuationSeparator" w:id="0">
    <w:p w14:paraId="1F9707F3" w14:textId="77777777" w:rsidR="00794613" w:rsidRDefault="007946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3754B" w14:textId="77777777" w:rsidR="00CE605B" w:rsidRDefault="00CE605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C3492" w14:textId="3D8DF734" w:rsidR="00A70FCB" w:rsidRPr="00511800" w:rsidRDefault="00511800" w:rsidP="00CE605B">
    <w:pPr>
      <w:tabs>
        <w:tab w:val="left" w:pos="1425"/>
        <w:tab w:val="center" w:pos="4844"/>
      </w:tabs>
      <w:jc w:val="right"/>
      <w:rPr>
        <w:rFonts w:cs="Arial"/>
        <w:szCs w:val="20"/>
        <w:lang w:val="pt-BR"/>
      </w:rPr>
    </w:pPr>
    <w:r>
      <w:rPr>
        <w:rFonts w:ascii="Bookman Old Style" w:hAnsi="Bookman Old Style"/>
        <w:noProof/>
        <w:sz w:val="28"/>
        <w:szCs w:val="28"/>
        <w:lang w:eastAsia="pt-BR"/>
      </w:rPr>
      <w:drawing>
        <wp:anchor distT="0" distB="0" distL="114300" distR="114300" simplePos="0" relativeHeight="251659264" behindDoc="0" locked="0" layoutInCell="1" allowOverlap="1" wp14:anchorId="70185827" wp14:editId="187E3992">
          <wp:simplePos x="0" y="0"/>
          <wp:positionH relativeFrom="margin">
            <wp:posOffset>5369560</wp:posOffset>
          </wp:positionH>
          <wp:positionV relativeFrom="margin">
            <wp:posOffset>-1003935</wp:posOffset>
          </wp:positionV>
          <wp:extent cx="1461770" cy="466725"/>
          <wp:effectExtent l="0" t="0" r="5080" b="9525"/>
          <wp:wrapSquare wrapText="bothSides"/>
          <wp:docPr id="6" name="Imagem 6" descr="LOGO TACURU 2025 (2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OGO TACURU 2025 (2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1770" cy="466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0FCB">
      <w:rPr>
        <w:rFonts w:cs="Arial"/>
        <w:noProof/>
        <w:sz w:val="22"/>
        <w:lang w:val="pt-BR" w:eastAsia="pt-BR"/>
      </w:rPr>
      <w:drawing>
        <wp:anchor distT="0" distB="0" distL="114300" distR="114300" simplePos="0" relativeHeight="251660288" behindDoc="0" locked="0" layoutInCell="1" allowOverlap="1" wp14:anchorId="12185E3F" wp14:editId="0A515A60">
          <wp:simplePos x="0" y="0"/>
          <wp:positionH relativeFrom="column">
            <wp:posOffset>-543560</wp:posOffset>
          </wp:positionH>
          <wp:positionV relativeFrom="paragraph">
            <wp:posOffset>-304800</wp:posOffset>
          </wp:positionV>
          <wp:extent cx="676275" cy="664210"/>
          <wp:effectExtent l="0" t="0" r="9525" b="254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acuru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6275" cy="6642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70FCB" w:rsidRPr="00511800">
      <w:rPr>
        <w:rFonts w:cs="Arial"/>
        <w:szCs w:val="20"/>
        <w:lang w:val="pt-BR"/>
      </w:rPr>
      <w:t>ANEXO VII – DECLARAÇÃO DE REPRESENTAÇÃO DE COLETIVO SEM CNPJ</w:t>
    </w:r>
  </w:p>
  <w:p w14:paraId="5B9995BC" w14:textId="77777777" w:rsidR="00A70FCB" w:rsidRDefault="00A70FCB" w:rsidP="00A70FCB">
    <w:pPr>
      <w:jc w:val="center"/>
      <w:rPr>
        <w:rFonts w:cs="Arial"/>
        <w:sz w:val="22"/>
        <w:lang w:val="pt-BR"/>
      </w:rPr>
    </w:pPr>
    <w:r w:rsidRPr="00006ABB">
      <w:rPr>
        <w:rFonts w:cs="Arial"/>
        <w:sz w:val="22"/>
        <w:lang w:val="pt-BR"/>
      </w:rPr>
      <w:t>PREFEITURA MUNICIPAL DE TACURU/MS | PNAB CICLO 2 | EDITAL Nº 001/2026</w:t>
    </w:r>
  </w:p>
  <w:p w14:paraId="2E123F30" w14:textId="77777777" w:rsidR="00A70FCB" w:rsidRPr="00511800" w:rsidRDefault="00A70FCB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416E2" w14:textId="77777777" w:rsidR="00CE605B" w:rsidRDefault="00CE605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78210105">
    <w:abstractNumId w:val="8"/>
  </w:num>
  <w:num w:numId="2" w16cid:durableId="675154177">
    <w:abstractNumId w:val="6"/>
  </w:num>
  <w:num w:numId="3" w16cid:durableId="187186931">
    <w:abstractNumId w:val="5"/>
  </w:num>
  <w:num w:numId="4" w16cid:durableId="1826966127">
    <w:abstractNumId w:val="4"/>
  </w:num>
  <w:num w:numId="5" w16cid:durableId="718282089">
    <w:abstractNumId w:val="7"/>
  </w:num>
  <w:num w:numId="6" w16cid:durableId="828911446">
    <w:abstractNumId w:val="3"/>
  </w:num>
  <w:num w:numId="7" w16cid:durableId="936213011">
    <w:abstractNumId w:val="2"/>
  </w:num>
  <w:num w:numId="8" w16cid:durableId="1530948830">
    <w:abstractNumId w:val="1"/>
  </w:num>
  <w:num w:numId="9" w16cid:durableId="14580637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6ABB"/>
    <w:rsid w:val="00034616"/>
    <w:rsid w:val="0006063C"/>
    <w:rsid w:val="0015074B"/>
    <w:rsid w:val="0029639D"/>
    <w:rsid w:val="002D021F"/>
    <w:rsid w:val="00326F90"/>
    <w:rsid w:val="00330749"/>
    <w:rsid w:val="00511800"/>
    <w:rsid w:val="00557B83"/>
    <w:rsid w:val="00700347"/>
    <w:rsid w:val="00794613"/>
    <w:rsid w:val="00813281"/>
    <w:rsid w:val="00A70FCB"/>
    <w:rsid w:val="00AA1D8D"/>
    <w:rsid w:val="00B47730"/>
    <w:rsid w:val="00CB0664"/>
    <w:rsid w:val="00CE60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D220E9E"/>
  <w14:defaultImageDpi w14:val="300"/>
  <w15:docId w15:val="{D3730A26-130E-4CE8-BA2D-CE5178890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20"/>
    </w:rPr>
  </w:style>
  <w:style w:type="paragraph" w:styleId="Ttulo1">
    <w:name w:val="heading 1"/>
    <w:basedOn w:val="Normal"/>
    <w:next w:val="Normal"/>
    <w:link w:val="Ttulo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618BF"/>
  </w:style>
  <w:style w:type="paragraph" w:styleId="Rodap">
    <w:name w:val="footer"/>
    <w:basedOn w:val="Normal"/>
    <w:link w:val="Rodap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618BF"/>
  </w:style>
  <w:style w:type="paragraph" w:styleId="SemEspaament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grafoda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odetexto">
    <w:name w:val="Body Text"/>
    <w:basedOn w:val="Normal"/>
    <w:link w:val="CorpodetextoChar"/>
    <w:uiPriority w:val="99"/>
    <w:unhideWhenUsed/>
    <w:rsid w:val="00AA1D8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AA1D8D"/>
  </w:style>
  <w:style w:type="paragraph" w:styleId="Corpodetexto2">
    <w:name w:val="Body Text 2"/>
    <w:basedOn w:val="Normal"/>
    <w:link w:val="Corpodetexto2Char"/>
    <w:uiPriority w:val="99"/>
    <w:unhideWhenUsed/>
    <w:rsid w:val="00AA1D8D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A1D8D"/>
  </w:style>
  <w:style w:type="paragraph" w:styleId="Corpodetexto3">
    <w:name w:val="Body Text 3"/>
    <w:basedOn w:val="Normal"/>
    <w:link w:val="Corpodetexto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Commarcador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erada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erada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erada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adecontinuao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demacro">
    <w:name w:val="macro"/>
    <w:link w:val="Textodemacro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rsid w:val="0029639D"/>
    <w:rPr>
      <w:rFonts w:ascii="Courier" w:hAnsi="Courier"/>
      <w:sz w:val="20"/>
      <w:szCs w:val="20"/>
    </w:rPr>
  </w:style>
  <w:style w:type="paragraph" w:styleId="Citao">
    <w:name w:val="Quote"/>
    <w:basedOn w:val="Normal"/>
    <w:next w:val="Normal"/>
    <w:link w:val="CitaoChar"/>
    <w:uiPriority w:val="29"/>
    <w:qFormat/>
    <w:rsid w:val="00FC693F"/>
    <w:rPr>
      <w:i/>
      <w:iCs/>
      <w:color w:val="000000" w:themeColor="text1"/>
    </w:rPr>
  </w:style>
  <w:style w:type="character" w:customStyle="1" w:styleId="CitaoChar">
    <w:name w:val="Citação Char"/>
    <w:basedOn w:val="Fontepargpadro"/>
    <w:link w:val="Citao"/>
    <w:uiPriority w:val="29"/>
    <w:rsid w:val="00FC693F"/>
    <w:rPr>
      <w:i/>
      <w:iCs/>
      <w:color w:val="000000" w:themeColor="text1"/>
    </w:rPr>
  </w:style>
  <w:style w:type="character" w:customStyle="1" w:styleId="Ttulo4Char">
    <w:name w:val="Título 4 Char"/>
    <w:basedOn w:val="Fontepargpadro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har">
    <w:name w:val="Título 5 Char"/>
    <w:basedOn w:val="Fontepargpadro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orte">
    <w:name w:val="Strong"/>
    <w:basedOn w:val="Fontepargpadro"/>
    <w:uiPriority w:val="22"/>
    <w:qFormat/>
    <w:rsid w:val="00FC693F"/>
    <w:rPr>
      <w:b/>
      <w:bCs/>
    </w:rPr>
  </w:style>
  <w:style w:type="character" w:styleId="nfase">
    <w:name w:val="Emphasis"/>
    <w:basedOn w:val="Fontepargpadro"/>
    <w:uiPriority w:val="20"/>
    <w:qFormat/>
    <w:rsid w:val="00FC693F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FC693F"/>
    <w:rPr>
      <w:b/>
      <w:bCs/>
      <w:i/>
      <w:iCs/>
      <w:color w:val="4F81BD" w:themeColor="accent1"/>
    </w:rPr>
  </w:style>
  <w:style w:type="character" w:styleId="nfaseSutil">
    <w:name w:val="Subtle Emphasis"/>
    <w:basedOn w:val="Fontepargpadro"/>
    <w:uiPriority w:val="19"/>
    <w:qFormat/>
    <w:rsid w:val="00FC693F"/>
    <w:rPr>
      <w:i/>
      <w:iCs/>
      <w:color w:val="808080" w:themeColor="text1" w:themeTint="7F"/>
    </w:rPr>
  </w:style>
  <w:style w:type="character" w:styleId="nfaseIntensa">
    <w:name w:val="Intense Emphasis"/>
    <w:basedOn w:val="Fontepargpadro"/>
    <w:uiPriority w:val="21"/>
    <w:qFormat/>
    <w:rsid w:val="00FC693F"/>
    <w:rPr>
      <w:b/>
      <w:bCs/>
      <w:i/>
      <w:iCs/>
      <w:color w:val="4F81BD" w:themeColor="accent1"/>
    </w:rPr>
  </w:style>
  <w:style w:type="character" w:styleId="RefernciaSutil">
    <w:name w:val="Subtle Reference"/>
    <w:basedOn w:val="Fontepargpadro"/>
    <w:uiPriority w:val="31"/>
    <w:qFormat/>
    <w:rsid w:val="00FC693F"/>
    <w:rPr>
      <w:smallCaps/>
      <w:color w:val="C0504D" w:themeColor="accent2"/>
      <w:u w:val="single"/>
    </w:rPr>
  </w:style>
  <w:style w:type="character" w:styleId="RefernciaIntensa">
    <w:name w:val="Intense Reference"/>
    <w:basedOn w:val="Fontepargpadr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oLivro">
    <w:name w:val="Book Title"/>
    <w:basedOn w:val="Fontepargpadro"/>
    <w:uiPriority w:val="33"/>
    <w:qFormat/>
    <w:rsid w:val="00FC693F"/>
    <w:rPr>
      <w:b/>
      <w:b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elacomgrade">
    <w:name w:val="Table Grid"/>
    <w:basedOn w:val="Tabe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mentoClaro">
    <w:name w:val="Light Shading"/>
    <w:basedOn w:val="Tabe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e2">
    <w:name w:val="Light List Accent 2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e3">
    <w:name w:val="Light List Accent 3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e4">
    <w:name w:val="Light List Accent 4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e5">
    <w:name w:val="Light List Accent 5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e6">
    <w:name w:val="Light List Accent 6"/>
    <w:basedOn w:val="Tabe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adeClara">
    <w:name w:val="Light Grid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adeClara-nfase2">
    <w:name w:val="Light Grid Accent 2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adeClara-nfase3">
    <w:name w:val="Light Grid Accent 3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adeClara-nfase4">
    <w:name w:val="Light Grid Accent 4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adeClara-nfase5">
    <w:name w:val="Light Grid Accent 5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adeClara-nfase6">
    <w:name w:val="Light Grid Accent 6"/>
    <w:basedOn w:val="Tabe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mentoMdio1">
    <w:name w:val="Medium Shading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dia1">
    <w:name w:val="Medium Lis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dia1-nfase2">
    <w:name w:val="Medium List 1 Accent 2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dia1-nfase3">
    <w:name w:val="Medium List 1 Accent 3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dia1-nfase4">
    <w:name w:val="Medium List 1 Accent 4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dia1-nfase5">
    <w:name w:val="Medium List 1 Accent 5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dia1-nfase6">
    <w:name w:val="Medium List 1 Accent 6"/>
    <w:basedOn w:val="Tabe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dia2">
    <w:name w:val="Medium Lis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adeMdia1">
    <w:name w:val="Medium Grid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Mdia1-nfase2">
    <w:name w:val="Medium Grid 1 Accent 2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Mdia1-nfase3">
    <w:name w:val="Medium Grid 1 Accent 3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Mdia1-nfase4">
    <w:name w:val="Medium Grid 1 Accent 4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Mdia1-nfase5">
    <w:name w:val="Medium Grid 1 Accent 5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Mdia1-nfase6">
    <w:name w:val="Medium Grid 1 Accent 6"/>
    <w:basedOn w:val="Tabe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adeMdia2">
    <w:name w:val="Medium Grid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adeMdia3-nfase2">
    <w:name w:val="Medium Grid 3 Accent 2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adeMdia3-nfase3">
    <w:name w:val="Medium Grid 3 Accent 3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adeMdia3-nfase4">
    <w:name w:val="Medium Grid 3 Accent 4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adeMdia3-nfase5">
    <w:name w:val="Medium Grid 3 Accent 5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adeMdia3-nfase6">
    <w:name w:val="Medium Grid 3 Accent 6"/>
    <w:basedOn w:val="Tabe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Escura">
    <w:name w:val="Dark List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Escura-nfase2">
    <w:name w:val="Dark List Accent 2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Escura-nfase3">
    <w:name w:val="Dark List Accent 3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Escura-nfase4">
    <w:name w:val="Dark List Accent 4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Escura-nfase5">
    <w:name w:val="Dark List Accent 5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Escura-nfase6">
    <w:name w:val="Dark List Accent 6"/>
    <w:basedOn w:val="Tabe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mentoColorido">
    <w:name w:val="Colorful Shading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Colorida">
    <w:name w:val="Colorful List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Colorida-nfase2">
    <w:name w:val="Colorful List Accent 2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Colorida-nfase3">
    <w:name w:val="Colorful List Accent 3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Colorida-nfase4">
    <w:name w:val="Colorful List Accent 4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Colorida-nfase5">
    <w:name w:val="Colorful List Accent 5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Colorida-nfase6">
    <w:name w:val="Colorful List Accent 6"/>
    <w:basedOn w:val="Tabe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adeColorida">
    <w:name w:val="Colorful Grid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adeColorida-nfase2">
    <w:name w:val="Colorful Grid Accent 2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adeColorida-nfase3">
    <w:name w:val="Colorful Grid Accent 3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adeColorida-nfase4">
    <w:name w:val="Colorful Grid Accent 4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adeColorida-nfase5">
    <w:name w:val="Colorful Grid Accent 5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adeColorida-nfase6">
    <w:name w:val="Colorful Grid Accent 6"/>
    <w:basedOn w:val="Tabe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debalo">
    <w:name w:val="Balloon Text"/>
    <w:basedOn w:val="Normal"/>
    <w:link w:val="TextodebaloChar"/>
    <w:uiPriority w:val="99"/>
    <w:semiHidden/>
    <w:unhideWhenUsed/>
    <w:rsid w:val="00A70F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0FC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6058F57E-3FB0-4445-8F67-05948FA227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Fabricio Antonio Deffacci</cp:lastModifiedBy>
  <cp:revision>3</cp:revision>
  <dcterms:created xsi:type="dcterms:W3CDTF">2026-10-13T15:20:00Z</dcterms:created>
  <dcterms:modified xsi:type="dcterms:W3CDTF">2026-10-13T15:20:00Z</dcterms:modified>
  <cp:category/>
</cp:coreProperties>
</file>