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D3B38" w14:textId="77777777" w:rsidR="005612F1" w:rsidRPr="000518C7" w:rsidRDefault="00000000">
      <w:pPr>
        <w:spacing w:after="60"/>
        <w:rPr>
          <w:lang w:val="pt-BR"/>
        </w:rPr>
      </w:pPr>
      <w:r w:rsidRPr="000518C7">
        <w:rPr>
          <w:b/>
          <w:sz w:val="22"/>
          <w:lang w:val="pt-BR"/>
        </w:rPr>
        <w:t>ETAPA: Inscrição — opção por cota</w:t>
      </w:r>
    </w:p>
    <w:p w14:paraId="129F3636" w14:textId="77777777" w:rsidR="000518C7" w:rsidRPr="000518C7" w:rsidRDefault="000518C7">
      <w:pPr>
        <w:spacing w:after="60"/>
        <w:rPr>
          <w:sz w:val="22"/>
          <w:lang w:val="pt-BR"/>
        </w:rPr>
      </w:pPr>
    </w:p>
    <w:p w14:paraId="1675B979" w14:textId="56ABA9D5" w:rsidR="005612F1" w:rsidRPr="000518C7" w:rsidRDefault="00000000">
      <w:pPr>
        <w:spacing w:after="60"/>
        <w:rPr>
          <w:lang w:val="pt-BR"/>
        </w:rPr>
      </w:pPr>
      <w:r w:rsidRPr="000518C7">
        <w:rPr>
          <w:sz w:val="22"/>
          <w:lang w:val="pt-BR"/>
        </w:rPr>
        <w:t>Nome completo: _______________________________________</w:t>
      </w:r>
    </w:p>
    <w:p w14:paraId="3D592089" w14:textId="77777777" w:rsidR="005612F1" w:rsidRPr="000518C7" w:rsidRDefault="00000000">
      <w:pPr>
        <w:spacing w:after="60"/>
        <w:rPr>
          <w:lang w:val="pt-BR"/>
        </w:rPr>
      </w:pPr>
      <w:r w:rsidRPr="000518C7">
        <w:rPr>
          <w:sz w:val="22"/>
          <w:lang w:val="pt-BR"/>
        </w:rPr>
        <w:t>CPF: _______________________________________</w:t>
      </w:r>
    </w:p>
    <w:p w14:paraId="1F420FD9" w14:textId="77777777" w:rsidR="005612F1" w:rsidRPr="000518C7" w:rsidRDefault="00000000">
      <w:pPr>
        <w:spacing w:after="60"/>
        <w:rPr>
          <w:lang w:val="pt-BR"/>
        </w:rPr>
      </w:pPr>
      <w:r w:rsidRPr="000518C7">
        <w:rPr>
          <w:sz w:val="22"/>
          <w:lang w:val="pt-BR"/>
        </w:rPr>
        <w:t>☐ Declaro ser pessoa negra (preta ou parda)</w:t>
      </w:r>
    </w:p>
    <w:p w14:paraId="4466B6C6" w14:textId="77777777" w:rsidR="005612F1" w:rsidRPr="000518C7" w:rsidRDefault="00000000">
      <w:pPr>
        <w:spacing w:after="60"/>
        <w:rPr>
          <w:lang w:val="pt-BR"/>
        </w:rPr>
      </w:pPr>
      <w:r w:rsidRPr="000518C7">
        <w:rPr>
          <w:sz w:val="22"/>
          <w:lang w:val="pt-BR"/>
        </w:rPr>
        <w:t>☐ Declaro ser pessoa indígena</w:t>
      </w:r>
    </w:p>
    <w:p w14:paraId="337E9396" w14:textId="77777777" w:rsidR="005612F1" w:rsidRPr="000518C7" w:rsidRDefault="00000000">
      <w:pPr>
        <w:spacing w:after="60"/>
        <w:rPr>
          <w:lang w:val="pt-BR"/>
        </w:rPr>
      </w:pPr>
      <w:r w:rsidRPr="000518C7">
        <w:rPr>
          <w:sz w:val="22"/>
          <w:lang w:val="pt-BR"/>
        </w:rPr>
        <w:t>Povo/comunidade (se desejar informar): _______________________________________</w:t>
      </w:r>
    </w:p>
    <w:p w14:paraId="19F0AA2D" w14:textId="77777777" w:rsidR="005612F1" w:rsidRPr="000518C7" w:rsidRDefault="00000000" w:rsidP="000518C7">
      <w:pPr>
        <w:spacing w:after="60"/>
        <w:jc w:val="both"/>
        <w:rPr>
          <w:lang w:val="pt-BR"/>
        </w:rPr>
      </w:pPr>
      <w:r w:rsidRPr="000518C7">
        <w:rPr>
          <w:sz w:val="22"/>
          <w:lang w:val="pt-BR"/>
        </w:rPr>
        <w:t>Declaro, para fins de concorrência à reserva de vagas, a veracidade da autodeclaração, ciente das consequências legais de declaração comprovadamente falsa e do tratamento protegido de dados pessoais sensíveis.</w:t>
      </w:r>
    </w:p>
    <w:p w14:paraId="7AC23958" w14:textId="77777777" w:rsidR="000518C7" w:rsidRDefault="000518C7">
      <w:pPr>
        <w:spacing w:after="60"/>
        <w:rPr>
          <w:sz w:val="22"/>
          <w:lang w:val="pt-BR"/>
        </w:rPr>
      </w:pPr>
    </w:p>
    <w:p w14:paraId="40BD3B2B" w14:textId="00EF6354" w:rsidR="005612F1" w:rsidRPr="000518C7" w:rsidRDefault="00000000">
      <w:pPr>
        <w:spacing w:after="60"/>
        <w:rPr>
          <w:lang w:val="pt-BR"/>
        </w:rPr>
      </w:pPr>
      <w:r w:rsidRPr="000518C7">
        <w:rPr>
          <w:sz w:val="22"/>
          <w:lang w:val="pt-BR"/>
        </w:rPr>
        <w:t xml:space="preserve">Tacuru/MS, ____ de _____________________ </w:t>
      </w:r>
      <w:proofErr w:type="spellStart"/>
      <w:r w:rsidRPr="000518C7">
        <w:rPr>
          <w:sz w:val="22"/>
          <w:lang w:val="pt-BR"/>
        </w:rPr>
        <w:t>de</w:t>
      </w:r>
      <w:proofErr w:type="spellEnd"/>
      <w:r w:rsidRPr="000518C7">
        <w:rPr>
          <w:sz w:val="22"/>
          <w:lang w:val="pt-BR"/>
        </w:rPr>
        <w:t xml:space="preserve"> 2026.</w:t>
      </w:r>
    </w:p>
    <w:p w14:paraId="25C8F4FF" w14:textId="77777777" w:rsidR="000518C7" w:rsidRDefault="000518C7">
      <w:pPr>
        <w:spacing w:after="60"/>
        <w:rPr>
          <w:sz w:val="22"/>
          <w:lang w:val="pt-BR"/>
        </w:rPr>
      </w:pPr>
    </w:p>
    <w:p w14:paraId="3693AAA7" w14:textId="081EEF24" w:rsidR="005612F1" w:rsidRPr="000518C7" w:rsidRDefault="00000000">
      <w:pPr>
        <w:spacing w:after="60"/>
        <w:rPr>
          <w:lang w:val="pt-BR"/>
        </w:rPr>
      </w:pPr>
      <w:r w:rsidRPr="000518C7">
        <w:rPr>
          <w:sz w:val="22"/>
          <w:lang w:val="pt-BR"/>
        </w:rPr>
        <w:t>Assinatura do(a) proponente / responsável: _______________________________________</w:t>
      </w:r>
    </w:p>
    <w:sectPr w:rsidR="005612F1" w:rsidRPr="000518C7" w:rsidSect="00006ABB">
      <w:headerReference w:type="default" r:id="rId8"/>
      <w:footerReference w:type="default" r:id="rId9"/>
      <w:pgSz w:w="12240" w:h="15840"/>
      <w:pgMar w:top="1134" w:right="1276" w:bottom="1134" w:left="1276" w:header="720" w:footer="1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4582D" w14:textId="77777777" w:rsidR="00BA7DCB" w:rsidRDefault="00BA7DCB">
      <w:pPr>
        <w:spacing w:after="0" w:line="240" w:lineRule="auto"/>
      </w:pPr>
      <w:r>
        <w:separator/>
      </w:r>
    </w:p>
  </w:endnote>
  <w:endnote w:type="continuationSeparator" w:id="0">
    <w:p w14:paraId="2B1A075C" w14:textId="77777777" w:rsidR="00BA7DCB" w:rsidRDefault="00BA7D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9CA8" w14:textId="77777777" w:rsidR="00700347" w:rsidRPr="00006ABB" w:rsidRDefault="00006ABB" w:rsidP="00006ABB">
    <w:pPr>
      <w:pStyle w:val="Rodap"/>
      <w:jc w:val="center"/>
    </w:pPr>
    <w:r>
      <w:rPr>
        <w:noProof/>
        <w:lang w:val="pt-BR" w:eastAsia="pt-BR"/>
      </w:rPr>
      <w:drawing>
        <wp:inline distT="0" distB="0" distL="0" distR="0" wp14:anchorId="1D61C0BB" wp14:editId="4A2B84F3">
          <wp:extent cx="3871595" cy="359410"/>
          <wp:effectExtent l="0" t="0" r="0" b="2540"/>
          <wp:docPr id="106231279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1595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07F20" w14:textId="77777777" w:rsidR="00BA7DCB" w:rsidRDefault="00BA7DCB">
      <w:pPr>
        <w:spacing w:after="0" w:line="240" w:lineRule="auto"/>
      </w:pPr>
      <w:r>
        <w:separator/>
      </w:r>
    </w:p>
  </w:footnote>
  <w:footnote w:type="continuationSeparator" w:id="0">
    <w:p w14:paraId="457F7B64" w14:textId="77777777" w:rsidR="00BA7DCB" w:rsidRDefault="00BA7D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CD4D5" w14:textId="77777777" w:rsidR="00A70FCB" w:rsidRPr="00006ABB" w:rsidRDefault="00A70FCB" w:rsidP="00A70FCB">
    <w:pPr>
      <w:tabs>
        <w:tab w:val="left" w:pos="1425"/>
        <w:tab w:val="center" w:pos="4844"/>
      </w:tabs>
      <w:rPr>
        <w:rFonts w:cs="Arial"/>
        <w:sz w:val="22"/>
        <w:lang w:val="pt-BR"/>
      </w:rPr>
    </w:pPr>
    <w:r>
      <w:rPr>
        <w:rFonts w:cs="Arial"/>
        <w:noProof/>
        <w:sz w:val="22"/>
        <w:lang w:val="pt-BR" w:eastAsia="pt-BR"/>
      </w:rPr>
      <w:drawing>
        <wp:anchor distT="0" distB="0" distL="114300" distR="114300" simplePos="0" relativeHeight="251660288" behindDoc="0" locked="0" layoutInCell="1" allowOverlap="1" wp14:anchorId="12185E3F" wp14:editId="1DFBBC54">
          <wp:simplePos x="0" y="0"/>
          <wp:positionH relativeFrom="column">
            <wp:posOffset>-543560</wp:posOffset>
          </wp:positionH>
          <wp:positionV relativeFrom="paragraph">
            <wp:posOffset>-304800</wp:posOffset>
          </wp:positionV>
          <wp:extent cx="676275" cy="664210"/>
          <wp:effectExtent l="0" t="0" r="9525" b="254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acur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664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man Old Style" w:hAnsi="Bookman Old Style"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70185827" wp14:editId="4EB7C4A3">
          <wp:simplePos x="0" y="0"/>
          <wp:positionH relativeFrom="margin">
            <wp:posOffset>5285740</wp:posOffset>
          </wp:positionH>
          <wp:positionV relativeFrom="margin">
            <wp:posOffset>-950595</wp:posOffset>
          </wp:positionV>
          <wp:extent cx="1461770" cy="466725"/>
          <wp:effectExtent l="0" t="0" r="5080" b="9525"/>
          <wp:wrapSquare wrapText="bothSides"/>
          <wp:docPr id="6" name="Imagem 6" descr="LOGO TACURU 2025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 TACURU 2025 (2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1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 w:val="22"/>
        <w:lang w:val="pt-BR"/>
      </w:rPr>
      <w:tab/>
    </w:r>
    <w:r>
      <w:rPr>
        <w:rFonts w:cs="Arial"/>
        <w:sz w:val="22"/>
        <w:lang w:val="pt-BR"/>
      </w:rPr>
      <w:tab/>
    </w:r>
    <w:r w:rsidRPr="00006ABB">
      <w:rPr>
        <w:rFonts w:cs="Arial"/>
        <w:sz w:val="22"/>
        <w:lang w:val="pt-BR"/>
      </w:rPr>
      <w:t>ANEXO VIII – AUTODECLARAÇÃO ÉTNICO-RACIAL</w:t>
    </w:r>
  </w:p>
  <w:p w14:paraId="40BDB2AA" w14:textId="77777777" w:rsidR="00A70FCB" w:rsidRDefault="00A70FCB" w:rsidP="00A70FCB">
    <w:pPr>
      <w:jc w:val="center"/>
      <w:rPr>
        <w:rFonts w:cs="Arial"/>
        <w:sz w:val="22"/>
        <w:lang w:val="pt-BR"/>
      </w:rPr>
    </w:pPr>
    <w:r w:rsidRPr="00006ABB">
      <w:rPr>
        <w:rFonts w:cs="Arial"/>
        <w:sz w:val="22"/>
        <w:lang w:val="pt-BR"/>
      </w:rPr>
      <w:t>PREFEITURA MUNICIPAL DE TACURU/MS | PNAB CICLO 2 | EDITAL Nº 001/2026</w:t>
    </w:r>
  </w:p>
  <w:p w14:paraId="487C01F1" w14:textId="77777777" w:rsidR="00A70FCB" w:rsidRPr="000518C7" w:rsidRDefault="00A70FCB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3281198">
    <w:abstractNumId w:val="8"/>
  </w:num>
  <w:num w:numId="2" w16cid:durableId="49621084">
    <w:abstractNumId w:val="6"/>
  </w:num>
  <w:num w:numId="3" w16cid:durableId="1148278447">
    <w:abstractNumId w:val="5"/>
  </w:num>
  <w:num w:numId="4" w16cid:durableId="1810708939">
    <w:abstractNumId w:val="4"/>
  </w:num>
  <w:num w:numId="5" w16cid:durableId="71897794">
    <w:abstractNumId w:val="7"/>
  </w:num>
  <w:num w:numId="6" w16cid:durableId="628895141">
    <w:abstractNumId w:val="3"/>
  </w:num>
  <w:num w:numId="7" w16cid:durableId="1498233149">
    <w:abstractNumId w:val="2"/>
  </w:num>
  <w:num w:numId="8" w16cid:durableId="1342511833">
    <w:abstractNumId w:val="1"/>
  </w:num>
  <w:num w:numId="9" w16cid:durableId="576673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ABB"/>
    <w:rsid w:val="00034616"/>
    <w:rsid w:val="000518C7"/>
    <w:rsid w:val="0006063C"/>
    <w:rsid w:val="0015074B"/>
    <w:rsid w:val="00273A0D"/>
    <w:rsid w:val="0029639D"/>
    <w:rsid w:val="002D021F"/>
    <w:rsid w:val="00326F90"/>
    <w:rsid w:val="00330749"/>
    <w:rsid w:val="005612F1"/>
    <w:rsid w:val="00700347"/>
    <w:rsid w:val="00A70FCB"/>
    <w:rsid w:val="00AA1D8D"/>
    <w:rsid w:val="00B47730"/>
    <w:rsid w:val="00BA7DC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7D18A8"/>
  <w14:defaultImageDpi w14:val="300"/>
  <w15:docId w15:val="{588A1246-8337-4F30-A977-CDD6F903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A70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0F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58F57E-3FB0-4445-8F67-05948FA22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Fabricio Antonio Deffacci</cp:lastModifiedBy>
  <cp:revision>2</cp:revision>
  <dcterms:created xsi:type="dcterms:W3CDTF">2026-10-13T15:21:00Z</dcterms:created>
  <dcterms:modified xsi:type="dcterms:W3CDTF">2026-10-13T15:21:00Z</dcterms:modified>
  <cp:category/>
</cp:coreProperties>
</file>