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1BD4A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b/>
          <w:sz w:val="22"/>
          <w:lang w:val="pt-BR"/>
        </w:rPr>
        <w:t>ETAPA: Inscrição: 19/10 a 04/11/2026</w:t>
      </w:r>
    </w:p>
    <w:p w14:paraId="1AA2610E" w14:textId="77777777" w:rsidR="006B5BDF" w:rsidRPr="006B5BDF" w:rsidRDefault="006B5BDF">
      <w:pPr>
        <w:spacing w:after="60"/>
        <w:rPr>
          <w:sz w:val="22"/>
          <w:lang w:val="pt-BR"/>
        </w:rPr>
      </w:pPr>
    </w:p>
    <w:p w14:paraId="3EF7B812" w14:textId="1BD02183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>Proponente / representante: _______________________________________</w:t>
      </w:r>
    </w:p>
    <w:p w14:paraId="405D6295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>CPF ou CNPJ: _______________________________________</w:t>
      </w:r>
    </w:p>
    <w:p w14:paraId="599BB203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>Nome do projeto: _______________________________________</w:t>
      </w:r>
    </w:p>
    <w:p w14:paraId="45090CA8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>☐ Categoria: ☐ Música ☐ Palco, som e iluminação ☐ Demais Culturas — festivais ☐ Oficina em território indígena ☐ Oficina em assentamento</w:t>
      </w:r>
    </w:p>
    <w:p w14:paraId="073774A2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 xml:space="preserve">1. </w:t>
      </w:r>
      <w:proofErr w:type="spellStart"/>
      <w:r w:rsidRPr="006B5BDF">
        <w:rPr>
          <w:sz w:val="22"/>
          <w:lang w:val="pt-BR"/>
        </w:rPr>
        <w:t>Miniportfólio</w:t>
      </w:r>
      <w:proofErr w:type="spellEnd"/>
    </w:p>
    <w:p w14:paraId="75821808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 xml:space="preserve">Trajetória e realizações culturais anteriores: </w:t>
      </w:r>
    </w:p>
    <w:p w14:paraId="1AE0D90E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>_______________________________________</w:t>
      </w:r>
    </w:p>
    <w:p w14:paraId="3EF3A229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>_______________________________________</w:t>
      </w:r>
    </w:p>
    <w:p w14:paraId="23A0E1F4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>_______________________________________</w:t>
      </w:r>
    </w:p>
    <w:p w14:paraId="6E09060F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>2. Resumo e justificativa</w:t>
      </w:r>
    </w:p>
    <w:p w14:paraId="6B3A6508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 xml:space="preserve">Descrição do projeto, relevância cultural e vínculo com Tacuru: </w:t>
      </w:r>
    </w:p>
    <w:p w14:paraId="3A42E037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>_______________________________________</w:t>
      </w:r>
    </w:p>
    <w:p w14:paraId="32A05EA5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>_______________________________________</w:t>
      </w:r>
    </w:p>
    <w:p w14:paraId="4D5BB06A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>_______________________________________</w:t>
      </w:r>
    </w:p>
    <w:p w14:paraId="518BAF7E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>3. Objetivos</w:t>
      </w:r>
    </w:p>
    <w:p w14:paraId="76D85E92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 xml:space="preserve">Objetivo geral e objetivos específicos: </w:t>
      </w:r>
    </w:p>
    <w:p w14:paraId="65B0F329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>_______________________________________</w:t>
      </w:r>
    </w:p>
    <w:p w14:paraId="506D49EE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>_______________________________________</w:t>
      </w:r>
    </w:p>
    <w:p w14:paraId="0BBA07BB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>_______________________________________</w:t>
      </w:r>
    </w:p>
    <w:p w14:paraId="7AC7435B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>4. Metas mensuráveis</w:t>
      </w:r>
    </w:p>
    <w:p w14:paraId="497003A0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 xml:space="preserve">Produtos, quantidades, público beneficiário e indicadores: </w:t>
      </w:r>
    </w:p>
    <w:p w14:paraId="6947FDD8" w14:textId="77777777" w:rsidR="00076551" w:rsidRDefault="00000000">
      <w:pPr>
        <w:spacing w:after="60"/>
      </w:pPr>
      <w:r>
        <w:rPr>
          <w:sz w:val="22"/>
        </w:rPr>
        <w:t>_______________________________________</w:t>
      </w:r>
    </w:p>
    <w:p w14:paraId="09E236D1" w14:textId="77777777" w:rsidR="00076551" w:rsidRDefault="00000000">
      <w:pPr>
        <w:spacing w:after="60"/>
      </w:pPr>
      <w:r>
        <w:rPr>
          <w:sz w:val="22"/>
        </w:rPr>
        <w:t>_______________________________________</w:t>
      </w:r>
    </w:p>
    <w:p w14:paraId="465DA041" w14:textId="77777777" w:rsidR="00076551" w:rsidRDefault="00000000">
      <w:pPr>
        <w:spacing w:after="60"/>
      </w:pPr>
      <w:r>
        <w:rPr>
          <w:sz w:val="22"/>
        </w:rPr>
        <w:t>_______________________________________</w:t>
      </w:r>
    </w:p>
    <w:p w14:paraId="10D9BD86" w14:textId="77777777" w:rsidR="00076551" w:rsidRDefault="00000000">
      <w:pPr>
        <w:spacing w:after="60"/>
      </w:pPr>
      <w:r>
        <w:rPr>
          <w:sz w:val="22"/>
        </w:rPr>
        <w:t>5. Atividades, datas, território e acessibilidade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38"/>
        <w:gridCol w:w="1938"/>
        <w:gridCol w:w="1937"/>
        <w:gridCol w:w="1937"/>
        <w:gridCol w:w="1938"/>
      </w:tblGrid>
      <w:tr w:rsidR="00076551" w14:paraId="66F8FF15" w14:textId="77777777">
        <w:trPr>
          <w:jc w:val="center"/>
        </w:trPr>
        <w:tc>
          <w:tcPr>
            <w:tcW w:w="1938" w:type="dxa"/>
          </w:tcPr>
          <w:p w14:paraId="0C488457" w14:textId="77777777" w:rsidR="00076551" w:rsidRDefault="00000000" w:rsidP="006B5BDF">
            <w:pPr>
              <w:spacing w:after="60"/>
              <w:jc w:val="center"/>
            </w:pPr>
            <w:r>
              <w:rPr>
                <w:sz w:val="22"/>
              </w:rPr>
              <w:t>Atividade/meta</w:t>
            </w:r>
          </w:p>
        </w:tc>
        <w:tc>
          <w:tcPr>
            <w:tcW w:w="1938" w:type="dxa"/>
          </w:tcPr>
          <w:p w14:paraId="5509BC18" w14:textId="77777777" w:rsidR="00076551" w:rsidRDefault="00000000" w:rsidP="006B5BDF">
            <w:pPr>
              <w:spacing w:after="60"/>
              <w:jc w:val="center"/>
            </w:pPr>
            <w:r>
              <w:rPr>
                <w:sz w:val="22"/>
              </w:rPr>
              <w:t>Data em dezembro/2026</w:t>
            </w:r>
          </w:p>
        </w:tc>
        <w:tc>
          <w:tcPr>
            <w:tcW w:w="1938" w:type="dxa"/>
          </w:tcPr>
          <w:p w14:paraId="7181D14A" w14:textId="77777777" w:rsidR="00076551" w:rsidRDefault="00000000" w:rsidP="006B5BDF">
            <w:pPr>
              <w:spacing w:after="60"/>
              <w:jc w:val="center"/>
            </w:pPr>
            <w:r>
              <w:rPr>
                <w:sz w:val="22"/>
              </w:rPr>
              <w:t>Local efetivo</w:t>
            </w:r>
          </w:p>
        </w:tc>
        <w:tc>
          <w:tcPr>
            <w:tcW w:w="1938" w:type="dxa"/>
          </w:tcPr>
          <w:p w14:paraId="1C46E54B" w14:textId="77777777" w:rsidR="00076551" w:rsidRDefault="00000000" w:rsidP="006B5BDF">
            <w:pPr>
              <w:spacing w:after="60"/>
              <w:jc w:val="center"/>
            </w:pPr>
            <w:r>
              <w:rPr>
                <w:sz w:val="22"/>
              </w:rPr>
              <w:t>Público</w:t>
            </w:r>
          </w:p>
        </w:tc>
        <w:tc>
          <w:tcPr>
            <w:tcW w:w="1938" w:type="dxa"/>
          </w:tcPr>
          <w:p w14:paraId="66D726D1" w14:textId="77777777" w:rsidR="00076551" w:rsidRDefault="00000000" w:rsidP="006B5BDF">
            <w:pPr>
              <w:spacing w:after="60"/>
              <w:jc w:val="center"/>
            </w:pPr>
            <w:r>
              <w:rPr>
                <w:sz w:val="22"/>
              </w:rPr>
              <w:t>Acessibilidade</w:t>
            </w:r>
          </w:p>
        </w:tc>
      </w:tr>
      <w:tr w:rsidR="00076551" w14:paraId="1AA7F75B" w14:textId="77777777">
        <w:trPr>
          <w:jc w:val="center"/>
        </w:trPr>
        <w:tc>
          <w:tcPr>
            <w:tcW w:w="1938" w:type="dxa"/>
          </w:tcPr>
          <w:p w14:paraId="795EBCB1" w14:textId="77777777" w:rsidR="00076551" w:rsidRDefault="00076551"/>
        </w:tc>
        <w:tc>
          <w:tcPr>
            <w:tcW w:w="1938" w:type="dxa"/>
          </w:tcPr>
          <w:p w14:paraId="4279BA00" w14:textId="77777777" w:rsidR="00076551" w:rsidRDefault="00076551"/>
        </w:tc>
        <w:tc>
          <w:tcPr>
            <w:tcW w:w="1938" w:type="dxa"/>
          </w:tcPr>
          <w:p w14:paraId="52E17AD3" w14:textId="77777777" w:rsidR="00076551" w:rsidRDefault="00076551"/>
        </w:tc>
        <w:tc>
          <w:tcPr>
            <w:tcW w:w="1938" w:type="dxa"/>
          </w:tcPr>
          <w:p w14:paraId="2F31CEEA" w14:textId="77777777" w:rsidR="00076551" w:rsidRDefault="00076551"/>
        </w:tc>
        <w:tc>
          <w:tcPr>
            <w:tcW w:w="1938" w:type="dxa"/>
          </w:tcPr>
          <w:p w14:paraId="24DBADD1" w14:textId="77777777" w:rsidR="00076551" w:rsidRDefault="00076551"/>
        </w:tc>
      </w:tr>
      <w:tr w:rsidR="00076551" w14:paraId="646C63BD" w14:textId="77777777">
        <w:trPr>
          <w:jc w:val="center"/>
        </w:trPr>
        <w:tc>
          <w:tcPr>
            <w:tcW w:w="1938" w:type="dxa"/>
          </w:tcPr>
          <w:p w14:paraId="38C91C06" w14:textId="77777777" w:rsidR="00076551" w:rsidRDefault="00076551"/>
        </w:tc>
        <w:tc>
          <w:tcPr>
            <w:tcW w:w="1938" w:type="dxa"/>
          </w:tcPr>
          <w:p w14:paraId="1644F457" w14:textId="77777777" w:rsidR="00076551" w:rsidRDefault="00076551"/>
        </w:tc>
        <w:tc>
          <w:tcPr>
            <w:tcW w:w="1938" w:type="dxa"/>
          </w:tcPr>
          <w:p w14:paraId="6E5E5F21" w14:textId="77777777" w:rsidR="00076551" w:rsidRDefault="00076551"/>
        </w:tc>
        <w:tc>
          <w:tcPr>
            <w:tcW w:w="1938" w:type="dxa"/>
          </w:tcPr>
          <w:p w14:paraId="357477AA" w14:textId="77777777" w:rsidR="00076551" w:rsidRDefault="00076551"/>
        </w:tc>
        <w:tc>
          <w:tcPr>
            <w:tcW w:w="1938" w:type="dxa"/>
          </w:tcPr>
          <w:p w14:paraId="501F8634" w14:textId="77777777" w:rsidR="00076551" w:rsidRDefault="00076551"/>
        </w:tc>
      </w:tr>
      <w:tr w:rsidR="00076551" w14:paraId="202C6F92" w14:textId="77777777">
        <w:trPr>
          <w:jc w:val="center"/>
        </w:trPr>
        <w:tc>
          <w:tcPr>
            <w:tcW w:w="1938" w:type="dxa"/>
          </w:tcPr>
          <w:p w14:paraId="2D3B2440" w14:textId="77777777" w:rsidR="00076551" w:rsidRDefault="00076551"/>
        </w:tc>
        <w:tc>
          <w:tcPr>
            <w:tcW w:w="1938" w:type="dxa"/>
          </w:tcPr>
          <w:p w14:paraId="50EA75E1" w14:textId="77777777" w:rsidR="00076551" w:rsidRDefault="00076551"/>
        </w:tc>
        <w:tc>
          <w:tcPr>
            <w:tcW w:w="1938" w:type="dxa"/>
          </w:tcPr>
          <w:p w14:paraId="4DB90F48" w14:textId="77777777" w:rsidR="00076551" w:rsidRDefault="00076551"/>
        </w:tc>
        <w:tc>
          <w:tcPr>
            <w:tcW w:w="1938" w:type="dxa"/>
          </w:tcPr>
          <w:p w14:paraId="4F8C0F21" w14:textId="77777777" w:rsidR="00076551" w:rsidRDefault="00076551"/>
        </w:tc>
        <w:tc>
          <w:tcPr>
            <w:tcW w:w="1938" w:type="dxa"/>
          </w:tcPr>
          <w:p w14:paraId="4B2D33E3" w14:textId="77777777" w:rsidR="00076551" w:rsidRDefault="00076551"/>
        </w:tc>
      </w:tr>
      <w:tr w:rsidR="00076551" w14:paraId="785F8BE9" w14:textId="77777777">
        <w:trPr>
          <w:jc w:val="center"/>
        </w:trPr>
        <w:tc>
          <w:tcPr>
            <w:tcW w:w="1938" w:type="dxa"/>
          </w:tcPr>
          <w:p w14:paraId="63C1014A" w14:textId="77777777" w:rsidR="00076551" w:rsidRDefault="00076551"/>
        </w:tc>
        <w:tc>
          <w:tcPr>
            <w:tcW w:w="1938" w:type="dxa"/>
          </w:tcPr>
          <w:p w14:paraId="7E5B5822" w14:textId="77777777" w:rsidR="00076551" w:rsidRDefault="00076551"/>
        </w:tc>
        <w:tc>
          <w:tcPr>
            <w:tcW w:w="1938" w:type="dxa"/>
          </w:tcPr>
          <w:p w14:paraId="115111E8" w14:textId="77777777" w:rsidR="00076551" w:rsidRDefault="00076551"/>
        </w:tc>
        <w:tc>
          <w:tcPr>
            <w:tcW w:w="1938" w:type="dxa"/>
          </w:tcPr>
          <w:p w14:paraId="6E28A701" w14:textId="77777777" w:rsidR="00076551" w:rsidRDefault="00076551"/>
        </w:tc>
        <w:tc>
          <w:tcPr>
            <w:tcW w:w="1938" w:type="dxa"/>
          </w:tcPr>
          <w:p w14:paraId="289BB445" w14:textId="77777777" w:rsidR="00076551" w:rsidRDefault="00076551"/>
        </w:tc>
      </w:tr>
    </w:tbl>
    <w:p w14:paraId="0487697A" w14:textId="77777777" w:rsidR="00076551" w:rsidRDefault="00000000">
      <w:pPr>
        <w:spacing w:after="60"/>
      </w:pPr>
      <w:r>
        <w:rPr>
          <w:sz w:val="22"/>
        </w:rPr>
        <w:t>6. Orçamento (valor da modalidade)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29"/>
        <w:gridCol w:w="3229"/>
        <w:gridCol w:w="3229"/>
      </w:tblGrid>
      <w:tr w:rsidR="00076551" w14:paraId="338C737F" w14:textId="77777777">
        <w:trPr>
          <w:jc w:val="center"/>
        </w:trPr>
        <w:tc>
          <w:tcPr>
            <w:tcW w:w="3229" w:type="dxa"/>
          </w:tcPr>
          <w:p w14:paraId="59E61C4D" w14:textId="77777777" w:rsidR="00076551" w:rsidRPr="006B5BDF" w:rsidRDefault="00000000">
            <w:pPr>
              <w:spacing w:after="60"/>
              <w:rPr>
                <w:lang w:val="pt-BR"/>
              </w:rPr>
            </w:pPr>
            <w:r w:rsidRPr="006B5BDF">
              <w:rPr>
                <w:sz w:val="22"/>
                <w:lang w:val="pt-BR"/>
              </w:rPr>
              <w:t>Item ou grupo de custos</w:t>
            </w:r>
          </w:p>
        </w:tc>
        <w:tc>
          <w:tcPr>
            <w:tcW w:w="3229" w:type="dxa"/>
          </w:tcPr>
          <w:p w14:paraId="6BD88B8A" w14:textId="77777777" w:rsidR="00076551" w:rsidRDefault="00000000">
            <w:pPr>
              <w:spacing w:after="60"/>
            </w:pPr>
            <w:proofErr w:type="spellStart"/>
            <w:r>
              <w:rPr>
                <w:sz w:val="22"/>
              </w:rPr>
              <w:t>Justificativa</w:t>
            </w:r>
            <w:proofErr w:type="spellEnd"/>
          </w:p>
        </w:tc>
        <w:tc>
          <w:tcPr>
            <w:tcW w:w="3229" w:type="dxa"/>
          </w:tcPr>
          <w:p w14:paraId="6D6E179A" w14:textId="77777777" w:rsidR="00076551" w:rsidRDefault="00000000">
            <w:pPr>
              <w:spacing w:after="60"/>
            </w:pPr>
            <w:r>
              <w:rPr>
                <w:sz w:val="22"/>
              </w:rPr>
              <w:t>Valor (R$)</w:t>
            </w:r>
          </w:p>
        </w:tc>
      </w:tr>
      <w:tr w:rsidR="00076551" w14:paraId="42307253" w14:textId="77777777">
        <w:trPr>
          <w:jc w:val="center"/>
        </w:trPr>
        <w:tc>
          <w:tcPr>
            <w:tcW w:w="3229" w:type="dxa"/>
          </w:tcPr>
          <w:p w14:paraId="2E378F0D" w14:textId="77777777" w:rsidR="00076551" w:rsidRDefault="00076551"/>
        </w:tc>
        <w:tc>
          <w:tcPr>
            <w:tcW w:w="3229" w:type="dxa"/>
          </w:tcPr>
          <w:p w14:paraId="2477BD3E" w14:textId="77777777" w:rsidR="00076551" w:rsidRDefault="00076551"/>
        </w:tc>
        <w:tc>
          <w:tcPr>
            <w:tcW w:w="3229" w:type="dxa"/>
          </w:tcPr>
          <w:p w14:paraId="20A3ACFF" w14:textId="77777777" w:rsidR="00076551" w:rsidRDefault="00076551"/>
        </w:tc>
      </w:tr>
      <w:tr w:rsidR="00076551" w14:paraId="65767885" w14:textId="77777777">
        <w:trPr>
          <w:jc w:val="center"/>
        </w:trPr>
        <w:tc>
          <w:tcPr>
            <w:tcW w:w="3229" w:type="dxa"/>
          </w:tcPr>
          <w:p w14:paraId="579EC320" w14:textId="77777777" w:rsidR="00076551" w:rsidRDefault="00076551"/>
        </w:tc>
        <w:tc>
          <w:tcPr>
            <w:tcW w:w="3229" w:type="dxa"/>
          </w:tcPr>
          <w:p w14:paraId="00B08ED3" w14:textId="77777777" w:rsidR="00076551" w:rsidRDefault="00076551"/>
        </w:tc>
        <w:tc>
          <w:tcPr>
            <w:tcW w:w="3229" w:type="dxa"/>
          </w:tcPr>
          <w:p w14:paraId="1063F338" w14:textId="77777777" w:rsidR="00076551" w:rsidRDefault="00076551"/>
        </w:tc>
      </w:tr>
      <w:tr w:rsidR="00076551" w14:paraId="5C4411DA" w14:textId="77777777">
        <w:trPr>
          <w:jc w:val="center"/>
        </w:trPr>
        <w:tc>
          <w:tcPr>
            <w:tcW w:w="3229" w:type="dxa"/>
          </w:tcPr>
          <w:p w14:paraId="0CFA6F1B" w14:textId="77777777" w:rsidR="00076551" w:rsidRDefault="00076551"/>
        </w:tc>
        <w:tc>
          <w:tcPr>
            <w:tcW w:w="3229" w:type="dxa"/>
          </w:tcPr>
          <w:p w14:paraId="7E852670" w14:textId="77777777" w:rsidR="00076551" w:rsidRDefault="00076551"/>
        </w:tc>
        <w:tc>
          <w:tcPr>
            <w:tcW w:w="3229" w:type="dxa"/>
          </w:tcPr>
          <w:p w14:paraId="55208967" w14:textId="77777777" w:rsidR="00076551" w:rsidRDefault="00076551"/>
        </w:tc>
      </w:tr>
      <w:tr w:rsidR="00076551" w14:paraId="2D08E24B" w14:textId="77777777">
        <w:trPr>
          <w:jc w:val="center"/>
        </w:trPr>
        <w:tc>
          <w:tcPr>
            <w:tcW w:w="3229" w:type="dxa"/>
          </w:tcPr>
          <w:p w14:paraId="3A6DC571" w14:textId="77777777" w:rsidR="00076551" w:rsidRDefault="00076551"/>
        </w:tc>
        <w:tc>
          <w:tcPr>
            <w:tcW w:w="3229" w:type="dxa"/>
          </w:tcPr>
          <w:p w14:paraId="203C5373" w14:textId="77777777" w:rsidR="00076551" w:rsidRDefault="00076551"/>
        </w:tc>
        <w:tc>
          <w:tcPr>
            <w:tcW w:w="3229" w:type="dxa"/>
          </w:tcPr>
          <w:p w14:paraId="455A1C9F" w14:textId="77777777" w:rsidR="00076551" w:rsidRDefault="00076551"/>
        </w:tc>
      </w:tr>
      <w:tr w:rsidR="00076551" w14:paraId="653C823A" w14:textId="77777777">
        <w:trPr>
          <w:jc w:val="center"/>
        </w:trPr>
        <w:tc>
          <w:tcPr>
            <w:tcW w:w="3229" w:type="dxa"/>
          </w:tcPr>
          <w:p w14:paraId="48DE2B9D" w14:textId="77777777" w:rsidR="00076551" w:rsidRDefault="00076551"/>
        </w:tc>
        <w:tc>
          <w:tcPr>
            <w:tcW w:w="3229" w:type="dxa"/>
          </w:tcPr>
          <w:p w14:paraId="0E3C141C" w14:textId="77777777" w:rsidR="00076551" w:rsidRDefault="00076551"/>
        </w:tc>
        <w:tc>
          <w:tcPr>
            <w:tcW w:w="3229" w:type="dxa"/>
          </w:tcPr>
          <w:p w14:paraId="31DC2321" w14:textId="77777777" w:rsidR="00076551" w:rsidRDefault="00076551"/>
        </w:tc>
      </w:tr>
      <w:tr w:rsidR="00076551" w14:paraId="0ED7AED4" w14:textId="77777777">
        <w:trPr>
          <w:jc w:val="center"/>
        </w:trPr>
        <w:tc>
          <w:tcPr>
            <w:tcW w:w="3229" w:type="dxa"/>
          </w:tcPr>
          <w:p w14:paraId="5D5CD1B8" w14:textId="77777777" w:rsidR="00076551" w:rsidRDefault="00000000">
            <w:pPr>
              <w:spacing w:after="60"/>
            </w:pPr>
            <w:r>
              <w:rPr>
                <w:sz w:val="22"/>
              </w:rPr>
              <w:t>TOTAL</w:t>
            </w:r>
          </w:p>
        </w:tc>
        <w:tc>
          <w:tcPr>
            <w:tcW w:w="3229" w:type="dxa"/>
          </w:tcPr>
          <w:p w14:paraId="4CE67A34" w14:textId="77777777" w:rsidR="00076551" w:rsidRDefault="00076551"/>
        </w:tc>
        <w:tc>
          <w:tcPr>
            <w:tcW w:w="3229" w:type="dxa"/>
          </w:tcPr>
          <w:p w14:paraId="40EAE81E" w14:textId="77777777" w:rsidR="00076551" w:rsidRDefault="00076551"/>
        </w:tc>
      </w:tr>
    </w:tbl>
    <w:p w14:paraId="035AAC06" w14:textId="77777777" w:rsidR="00076551" w:rsidRDefault="00000000">
      <w:pPr>
        <w:spacing w:after="60"/>
      </w:pPr>
      <w:r>
        <w:rPr>
          <w:sz w:val="22"/>
        </w:rPr>
        <w:t>7. Divulgação, equipe e comprovação</w:t>
      </w:r>
    </w:p>
    <w:p w14:paraId="48860DB6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 xml:space="preserve">Estratégia de divulgação e democratização do acesso: </w:t>
      </w:r>
    </w:p>
    <w:p w14:paraId="59C8ED69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>_______________________________________</w:t>
      </w:r>
    </w:p>
    <w:p w14:paraId="0C48BD60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>_______________________________________</w:t>
      </w:r>
    </w:p>
    <w:p w14:paraId="5D95B263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 xml:space="preserve">Equipe e funções: </w:t>
      </w:r>
    </w:p>
    <w:p w14:paraId="52E967BD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>_______________________________________</w:t>
      </w:r>
    </w:p>
    <w:p w14:paraId="5F3DAD74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>_______________________________________</w:t>
      </w:r>
    </w:p>
    <w:p w14:paraId="5C341547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 xml:space="preserve">Registros para comprovação (fotografias, vídeos, listas etc.): </w:t>
      </w:r>
    </w:p>
    <w:p w14:paraId="55213256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>_______________________________________</w:t>
      </w:r>
    </w:p>
    <w:p w14:paraId="7594FC82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>_______________________________________</w:t>
      </w:r>
    </w:p>
    <w:p w14:paraId="6FA7FD50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>8. Preenchimento específico — oficinas de artesanato</w:t>
      </w:r>
    </w:p>
    <w:p w14:paraId="1AADCA18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 xml:space="preserve">Técnica artesanal / saber trabalhado: </w:t>
      </w:r>
    </w:p>
    <w:p w14:paraId="182EC114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>_______________________________________</w:t>
      </w:r>
    </w:p>
    <w:p w14:paraId="54B1E53F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 xml:space="preserve">Metodologia e carga horária: </w:t>
      </w:r>
    </w:p>
    <w:p w14:paraId="47B47894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>_______________________________________</w:t>
      </w:r>
    </w:p>
    <w:p w14:paraId="7182A5AC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 xml:space="preserve">Materiais necessários: </w:t>
      </w:r>
    </w:p>
    <w:p w14:paraId="3C1AA481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>_______________________________________</w:t>
      </w:r>
    </w:p>
    <w:p w14:paraId="6525CDCA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 xml:space="preserve">Público previsto e número de participantes: </w:t>
      </w:r>
    </w:p>
    <w:p w14:paraId="7654B1EB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>_______________________________________</w:t>
      </w:r>
    </w:p>
    <w:p w14:paraId="2A3A8806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 xml:space="preserve">Espaço na aldeia ou assentamento e articulação comunitária: </w:t>
      </w:r>
    </w:p>
    <w:p w14:paraId="22810734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>_______________________________________</w:t>
      </w:r>
    </w:p>
    <w:p w14:paraId="4AFE1222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 xml:space="preserve">Cuidados com patrimônio imaterial, imagem e conhecimentos tradicionais: </w:t>
      </w:r>
    </w:p>
    <w:p w14:paraId="100A7DB1" w14:textId="77777777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>_______________________________________</w:t>
      </w:r>
    </w:p>
    <w:p w14:paraId="4C8F435B" w14:textId="77777777" w:rsidR="006B5BDF" w:rsidRDefault="006B5BDF">
      <w:pPr>
        <w:spacing w:after="60"/>
        <w:rPr>
          <w:sz w:val="22"/>
          <w:lang w:val="pt-BR"/>
        </w:rPr>
      </w:pPr>
    </w:p>
    <w:p w14:paraId="7D84B2E2" w14:textId="62720DFB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 xml:space="preserve">Tacuru/MS, ____ de _____________________ </w:t>
      </w:r>
      <w:proofErr w:type="spellStart"/>
      <w:r w:rsidRPr="006B5BDF">
        <w:rPr>
          <w:sz w:val="22"/>
          <w:lang w:val="pt-BR"/>
        </w:rPr>
        <w:t>de</w:t>
      </w:r>
      <w:proofErr w:type="spellEnd"/>
      <w:r w:rsidRPr="006B5BDF">
        <w:rPr>
          <w:sz w:val="22"/>
          <w:lang w:val="pt-BR"/>
        </w:rPr>
        <w:t xml:space="preserve"> 2026.</w:t>
      </w:r>
    </w:p>
    <w:p w14:paraId="3E266760" w14:textId="77777777" w:rsidR="006B5BDF" w:rsidRDefault="006B5BDF">
      <w:pPr>
        <w:spacing w:after="60"/>
        <w:rPr>
          <w:sz w:val="22"/>
          <w:lang w:val="pt-BR"/>
        </w:rPr>
      </w:pPr>
    </w:p>
    <w:p w14:paraId="66CF8228" w14:textId="2F17C67D" w:rsidR="00076551" w:rsidRPr="006B5BDF" w:rsidRDefault="00000000">
      <w:pPr>
        <w:spacing w:after="60"/>
        <w:rPr>
          <w:lang w:val="pt-BR"/>
        </w:rPr>
      </w:pPr>
      <w:r w:rsidRPr="006B5BDF">
        <w:rPr>
          <w:sz w:val="22"/>
          <w:lang w:val="pt-BR"/>
        </w:rPr>
        <w:t>Assinatura do(a) proponente / responsável: _______________________________________</w:t>
      </w:r>
    </w:p>
    <w:sectPr w:rsidR="00076551" w:rsidRPr="006B5BDF" w:rsidSect="00006ABB">
      <w:headerReference w:type="default" r:id="rId8"/>
      <w:footerReference w:type="default" r:id="rId9"/>
      <w:pgSz w:w="12240" w:h="15840"/>
      <w:pgMar w:top="1134" w:right="1276" w:bottom="1134" w:left="1276" w:header="720" w:footer="1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71B73" w14:textId="77777777" w:rsidR="00AB326E" w:rsidRDefault="00AB326E">
      <w:pPr>
        <w:spacing w:after="0" w:line="240" w:lineRule="auto"/>
      </w:pPr>
      <w:r>
        <w:separator/>
      </w:r>
    </w:p>
  </w:endnote>
  <w:endnote w:type="continuationSeparator" w:id="0">
    <w:p w14:paraId="013CEB72" w14:textId="77777777" w:rsidR="00AB326E" w:rsidRDefault="00AB3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D4A66" w14:textId="77777777" w:rsidR="00700347" w:rsidRPr="00006ABB" w:rsidRDefault="00006ABB" w:rsidP="00006ABB">
    <w:pPr>
      <w:pStyle w:val="Rodap"/>
      <w:jc w:val="center"/>
    </w:pPr>
    <w:r>
      <w:rPr>
        <w:noProof/>
        <w:lang w:val="pt-BR" w:eastAsia="pt-BR"/>
      </w:rPr>
      <w:drawing>
        <wp:inline distT="0" distB="0" distL="0" distR="0" wp14:anchorId="1D61C0BB" wp14:editId="4A2B84F3">
          <wp:extent cx="3871595" cy="359410"/>
          <wp:effectExtent l="0" t="0" r="0" b="2540"/>
          <wp:docPr id="106231279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1595" cy="359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143AC" w14:textId="77777777" w:rsidR="00AB326E" w:rsidRDefault="00AB326E">
      <w:pPr>
        <w:spacing w:after="0" w:line="240" w:lineRule="auto"/>
      </w:pPr>
      <w:r>
        <w:separator/>
      </w:r>
    </w:p>
  </w:footnote>
  <w:footnote w:type="continuationSeparator" w:id="0">
    <w:p w14:paraId="7F074673" w14:textId="77777777" w:rsidR="00AB326E" w:rsidRDefault="00AB32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E5E52" w14:textId="77777777" w:rsidR="00A70FCB" w:rsidRPr="00006ABB" w:rsidRDefault="00A70FCB" w:rsidP="00A70FCB">
    <w:pPr>
      <w:tabs>
        <w:tab w:val="left" w:pos="1425"/>
        <w:tab w:val="center" w:pos="4844"/>
      </w:tabs>
      <w:rPr>
        <w:rFonts w:cs="Arial"/>
        <w:sz w:val="22"/>
        <w:lang w:val="pt-BR"/>
      </w:rPr>
    </w:pPr>
    <w:r>
      <w:rPr>
        <w:rFonts w:cs="Arial"/>
        <w:noProof/>
        <w:sz w:val="22"/>
        <w:lang w:val="pt-BR" w:eastAsia="pt-BR"/>
      </w:rPr>
      <w:drawing>
        <wp:anchor distT="0" distB="0" distL="114300" distR="114300" simplePos="0" relativeHeight="251660288" behindDoc="0" locked="0" layoutInCell="1" allowOverlap="1" wp14:anchorId="12185E3F" wp14:editId="1DFBBC54">
          <wp:simplePos x="0" y="0"/>
          <wp:positionH relativeFrom="column">
            <wp:posOffset>-543560</wp:posOffset>
          </wp:positionH>
          <wp:positionV relativeFrom="paragraph">
            <wp:posOffset>-304800</wp:posOffset>
          </wp:positionV>
          <wp:extent cx="676275" cy="664210"/>
          <wp:effectExtent l="0" t="0" r="9525" b="254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acuru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275" cy="664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man Old Style" w:hAnsi="Bookman Old Style"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70185827" wp14:editId="4EB7C4A3">
          <wp:simplePos x="0" y="0"/>
          <wp:positionH relativeFrom="margin">
            <wp:posOffset>5285740</wp:posOffset>
          </wp:positionH>
          <wp:positionV relativeFrom="margin">
            <wp:posOffset>-950595</wp:posOffset>
          </wp:positionV>
          <wp:extent cx="1461770" cy="466725"/>
          <wp:effectExtent l="0" t="0" r="5080" b="9525"/>
          <wp:wrapSquare wrapText="bothSides"/>
          <wp:docPr id="6" name="Imagem 6" descr="LOGO TACURU 2025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 TACURU 2025 (2)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177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sz w:val="22"/>
        <w:lang w:val="pt-BR"/>
      </w:rPr>
      <w:tab/>
    </w:r>
    <w:r>
      <w:rPr>
        <w:rFonts w:cs="Arial"/>
        <w:sz w:val="22"/>
        <w:lang w:val="pt-BR"/>
      </w:rPr>
      <w:tab/>
    </w:r>
    <w:r w:rsidRPr="00006ABB">
      <w:rPr>
        <w:rFonts w:cs="Arial"/>
        <w:sz w:val="22"/>
        <w:lang w:val="pt-BR"/>
      </w:rPr>
      <w:t>ANEXO III – PLANO DE TRABALHO CULTURAL</w:t>
    </w:r>
  </w:p>
  <w:p w14:paraId="54F54043" w14:textId="77777777" w:rsidR="00A70FCB" w:rsidRDefault="00A70FCB" w:rsidP="00A70FCB">
    <w:pPr>
      <w:jc w:val="center"/>
      <w:rPr>
        <w:rFonts w:cs="Arial"/>
        <w:sz w:val="22"/>
        <w:lang w:val="pt-BR"/>
      </w:rPr>
    </w:pPr>
    <w:r w:rsidRPr="00006ABB">
      <w:rPr>
        <w:rFonts w:cs="Arial"/>
        <w:sz w:val="22"/>
        <w:lang w:val="pt-BR"/>
      </w:rPr>
      <w:t>PREFEITURA MUNICIPAL DE TACURU/MS | PNAB CICLO 2 | EDITAL Nº 001/2026</w:t>
    </w:r>
  </w:p>
  <w:p w14:paraId="5FAF2753" w14:textId="77777777" w:rsidR="00A70FCB" w:rsidRPr="006B5BDF" w:rsidRDefault="00A70FCB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7035650">
    <w:abstractNumId w:val="8"/>
  </w:num>
  <w:num w:numId="2" w16cid:durableId="1006787765">
    <w:abstractNumId w:val="6"/>
  </w:num>
  <w:num w:numId="3" w16cid:durableId="223026176">
    <w:abstractNumId w:val="5"/>
  </w:num>
  <w:num w:numId="4" w16cid:durableId="372772276">
    <w:abstractNumId w:val="4"/>
  </w:num>
  <w:num w:numId="5" w16cid:durableId="459108817">
    <w:abstractNumId w:val="7"/>
  </w:num>
  <w:num w:numId="6" w16cid:durableId="437288552">
    <w:abstractNumId w:val="3"/>
  </w:num>
  <w:num w:numId="7" w16cid:durableId="923610589">
    <w:abstractNumId w:val="2"/>
  </w:num>
  <w:num w:numId="8" w16cid:durableId="1657882023">
    <w:abstractNumId w:val="1"/>
  </w:num>
  <w:num w:numId="9" w16cid:durableId="1842312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ABB"/>
    <w:rsid w:val="00034616"/>
    <w:rsid w:val="0006063C"/>
    <w:rsid w:val="00076551"/>
    <w:rsid w:val="0015074B"/>
    <w:rsid w:val="0029639D"/>
    <w:rsid w:val="002D021F"/>
    <w:rsid w:val="00326F90"/>
    <w:rsid w:val="00330749"/>
    <w:rsid w:val="006B5BDF"/>
    <w:rsid w:val="00700347"/>
    <w:rsid w:val="00813281"/>
    <w:rsid w:val="00A70FCB"/>
    <w:rsid w:val="00AA1D8D"/>
    <w:rsid w:val="00AB326E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6F30904"/>
  <w14:defaultImageDpi w14:val="300"/>
  <w15:docId w15:val="{D3730A26-130E-4CE8-BA2D-CE5178890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A70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0F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058F57E-3FB0-4445-8F67-05948FA22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2127</Characters>
  <Application>Microsoft Office Word</Application>
  <DocSecurity>0</DocSecurity>
  <Lines>17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Fabricio Antonio Deffacci</cp:lastModifiedBy>
  <cp:revision>2</cp:revision>
  <dcterms:created xsi:type="dcterms:W3CDTF">2026-10-13T15:12:00Z</dcterms:created>
  <dcterms:modified xsi:type="dcterms:W3CDTF">2026-10-13T15:12:00Z</dcterms:modified>
  <cp:category/>
</cp:coreProperties>
</file>